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7B2F1E" w14:textId="77777777" w:rsidR="00516225" w:rsidRPr="00CA51D8" w:rsidRDefault="00000000">
      <w:pPr>
        <w:pStyle w:val="Nzev"/>
        <w:jc w:val="center"/>
        <w:rPr>
          <w:lang w:val="cs-CZ"/>
        </w:rPr>
      </w:pPr>
      <w:r w:rsidRPr="00CA51D8">
        <w:rPr>
          <w:lang w:val="cs-CZ"/>
        </w:rPr>
        <w:t>Výzva k nápravě porušení povinností nájemce</w:t>
      </w:r>
    </w:p>
    <w:p w14:paraId="14CB6DB0" w14:textId="77777777" w:rsidR="00516225" w:rsidRPr="00CA51D8" w:rsidRDefault="00000000">
      <w:pPr>
        <w:pStyle w:val="Nadpis1"/>
        <w:rPr>
          <w:lang w:val="cs-CZ"/>
        </w:rPr>
      </w:pPr>
      <w:r w:rsidRPr="00CA51D8">
        <w:rPr>
          <w:lang w:val="cs-CZ"/>
        </w:rPr>
        <w:t>Článek 1 - Smluvní strany a předmět nájmu</w:t>
      </w:r>
    </w:p>
    <w:p w14:paraId="5B3BBFF8" w14:textId="77777777" w:rsidR="00516225" w:rsidRPr="00CA51D8" w:rsidRDefault="00000000">
      <w:pPr>
        <w:keepNext/>
        <w:spacing w:after="0"/>
        <w:rPr>
          <w:lang w:val="cs-CZ"/>
        </w:rPr>
      </w:pPr>
      <w:proofErr w:type="gramStart"/>
      <w:r w:rsidRPr="00CA51D8">
        <w:rPr>
          <w:lang w:val="cs-CZ"/>
        </w:rPr>
        <w:t>Pronajímatel - jméno</w:t>
      </w:r>
      <w:proofErr w:type="gramEnd"/>
      <w:r w:rsidRPr="00CA51D8">
        <w:rPr>
          <w:lang w:val="cs-CZ"/>
        </w:rPr>
        <w:t xml:space="preserve"> / název, datum narození / IČO:</w:t>
      </w:r>
    </w:p>
    <w:p w14:paraId="1E406E6E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28D92391" w14:textId="77777777" w:rsidR="00516225" w:rsidRPr="00CA51D8" w:rsidRDefault="00000000">
      <w:pPr>
        <w:keepNext/>
        <w:spacing w:after="0"/>
        <w:rPr>
          <w:lang w:val="cs-CZ"/>
        </w:rPr>
      </w:pPr>
      <w:r w:rsidRPr="00CA51D8">
        <w:rPr>
          <w:lang w:val="cs-CZ"/>
        </w:rPr>
        <w:t>Adresa pro doručování a kontakt:</w:t>
      </w:r>
    </w:p>
    <w:p w14:paraId="2D362E98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12A64A8C" w14:textId="77777777" w:rsidR="00516225" w:rsidRPr="00CA51D8" w:rsidRDefault="00000000">
      <w:pPr>
        <w:keepNext/>
        <w:spacing w:after="0"/>
        <w:rPr>
          <w:lang w:val="cs-CZ"/>
        </w:rPr>
      </w:pPr>
      <w:proofErr w:type="gramStart"/>
      <w:r w:rsidRPr="00CA51D8">
        <w:rPr>
          <w:lang w:val="cs-CZ"/>
        </w:rPr>
        <w:t>Nájemce - jméno</w:t>
      </w:r>
      <w:proofErr w:type="gramEnd"/>
      <w:r w:rsidRPr="00CA51D8">
        <w:rPr>
          <w:lang w:val="cs-CZ"/>
        </w:rPr>
        <w:t xml:space="preserve"> a příjmení, datum narození:</w:t>
      </w:r>
    </w:p>
    <w:p w14:paraId="1086A1B9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17F6E6EA" w14:textId="77777777" w:rsidR="00516225" w:rsidRPr="00CA51D8" w:rsidRDefault="00000000">
      <w:pPr>
        <w:keepNext/>
        <w:spacing w:after="0"/>
        <w:rPr>
          <w:lang w:val="cs-CZ"/>
        </w:rPr>
      </w:pPr>
      <w:r w:rsidRPr="00CA51D8">
        <w:rPr>
          <w:lang w:val="cs-CZ"/>
        </w:rPr>
        <w:t>Adresa pro doručování a kontakt:</w:t>
      </w:r>
    </w:p>
    <w:p w14:paraId="76055507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459BEC52" w14:textId="77777777" w:rsidR="00516225" w:rsidRPr="00CA51D8" w:rsidRDefault="00000000">
      <w:pPr>
        <w:keepNext/>
        <w:spacing w:after="0"/>
        <w:rPr>
          <w:lang w:val="cs-CZ"/>
        </w:rPr>
      </w:pPr>
      <w:r w:rsidRPr="00CA51D8">
        <w:rPr>
          <w:lang w:val="cs-CZ"/>
        </w:rPr>
        <w:t>Adresa a označení bytu / domu k bydlení:</w:t>
      </w:r>
    </w:p>
    <w:p w14:paraId="09C5EC85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090F5EEB" w14:textId="77777777" w:rsidR="00516225" w:rsidRPr="00CA51D8" w:rsidRDefault="00000000">
      <w:pPr>
        <w:keepNext/>
        <w:spacing w:after="0"/>
        <w:rPr>
          <w:lang w:val="cs-CZ"/>
        </w:rPr>
      </w:pPr>
      <w:r w:rsidRPr="00CA51D8">
        <w:rPr>
          <w:lang w:val="cs-CZ"/>
        </w:rPr>
        <w:t>Datum nájemní smlouvy a označení dodatků:</w:t>
      </w:r>
    </w:p>
    <w:p w14:paraId="2DB9247B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32B9449F" w14:textId="77777777" w:rsidR="00516225" w:rsidRPr="00CA51D8" w:rsidRDefault="00000000">
      <w:pPr>
        <w:pStyle w:val="Nadpis1"/>
        <w:rPr>
          <w:lang w:val="cs-CZ"/>
        </w:rPr>
      </w:pPr>
      <w:r w:rsidRPr="00CA51D8">
        <w:rPr>
          <w:lang w:val="cs-CZ"/>
        </w:rPr>
        <w:t>Článek 2 - Porušení povinností nájemce</w:t>
      </w:r>
    </w:p>
    <w:p w14:paraId="088A5B9C" w14:textId="6F453B8E" w:rsidR="00516225" w:rsidRPr="00CA51D8" w:rsidRDefault="00000000">
      <w:pPr>
        <w:rPr>
          <w:lang w:val="cs-CZ"/>
        </w:rPr>
      </w:pPr>
      <w:r w:rsidRPr="00CA51D8">
        <w:rPr>
          <w:lang w:val="cs-CZ"/>
        </w:rPr>
        <w:t>Jako pronajímatel Vás vyzývám k nápravě níže popsaného porušení povinností z nájmu.</w:t>
      </w:r>
    </w:p>
    <w:p w14:paraId="3EE92CF7" w14:textId="77777777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-41894577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Neplacení nájemného nebo nákladů na služby.</w:t>
      </w:r>
    </w:p>
    <w:p w14:paraId="126EC98A" w14:textId="77777777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-11983839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Poškozování bytu, domu nebo jeho vybavení.</w:t>
      </w:r>
    </w:p>
    <w:p w14:paraId="3F366363" w14:textId="77777777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212649521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Působení závažných obtíží nebo škod pronajímateli či obyvatelům domu.</w:t>
      </w:r>
    </w:p>
    <w:p w14:paraId="248FA5E8" w14:textId="77777777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-173122822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Neoprávněné užívání bytu jiným způsobem nebo k jinému účelu.</w:t>
      </w:r>
    </w:p>
    <w:p w14:paraId="35DC8010" w14:textId="748D5BFB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-17027780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Jiné porušení povinností </w:t>
      </w:r>
      <w:r w:rsidR="00CA51D8" w:rsidRPr="00CA51D8">
        <w:rPr>
          <w:lang w:val="cs-CZ"/>
        </w:rPr>
        <w:t>_______________________________________________________</w:t>
      </w:r>
    </w:p>
    <w:p w14:paraId="44AA5BB2" w14:textId="77777777" w:rsidR="00CA51D8" w:rsidRPr="00CA51D8" w:rsidRDefault="00CA51D8" w:rsidP="00CA51D8">
      <w:pPr>
        <w:rPr>
          <w:lang w:val="cs-CZ"/>
        </w:rPr>
      </w:pPr>
    </w:p>
    <w:p w14:paraId="51E36EF7" w14:textId="6E0EB107" w:rsidR="00516225" w:rsidRPr="00CA51D8" w:rsidRDefault="00000000" w:rsidP="00CA51D8">
      <w:pPr>
        <w:rPr>
          <w:b/>
          <w:bCs/>
          <w:lang w:val="cs-CZ"/>
        </w:rPr>
      </w:pPr>
      <w:r w:rsidRPr="00CA51D8">
        <w:rPr>
          <w:b/>
          <w:bCs/>
          <w:lang w:val="cs-CZ"/>
        </w:rPr>
        <w:t>Článek 3 - Požadovaná náprava a lhůta</w:t>
      </w:r>
    </w:p>
    <w:p w14:paraId="2C842F4B" w14:textId="77777777" w:rsidR="00516225" w:rsidRPr="00CA51D8" w:rsidRDefault="00000000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_____________________________________________________________________________</w:t>
      </w:r>
    </w:p>
    <w:p w14:paraId="4816538D" w14:textId="77777777" w:rsidR="00CA51D8" w:rsidRDefault="00CA51D8">
      <w:r>
        <w:rPr>
          <w:lang w:val="cs-CZ"/>
        </w:rPr>
        <w:t>_____________________________________________________________________________</w:t>
      </w:r>
    </w:p>
    <w:p w14:paraId="07A0E859" w14:textId="742F77BF" w:rsidR="00CA51D8" w:rsidRPr="00CA51D8" w:rsidRDefault="00CA51D8" w:rsidP="00CA51D8">
      <w:pPr>
        <w:spacing w:after="80" w:line="240" w:lineRule="auto"/>
        <w:rPr>
          <w:lang w:val="cs-CZ"/>
        </w:rPr>
      </w:pPr>
      <w:r>
        <w:rPr>
          <w:lang w:val="cs-CZ"/>
        </w:rPr>
        <w:t>_____________________________________________________________________________</w:t>
      </w:r>
    </w:p>
    <w:p w14:paraId="65C2842A" w14:textId="42CCF1B0" w:rsidR="00516225" w:rsidRPr="00CA51D8" w:rsidRDefault="00000000">
      <w:pPr>
        <w:rPr>
          <w:lang w:val="cs-CZ"/>
        </w:rPr>
      </w:pPr>
      <w:sdt>
        <w:sdtPr>
          <w:rPr>
            <w:lang w:val="cs-CZ"/>
          </w:rPr>
          <w:id w:val="208016298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</w:t>
      </w:r>
      <w:r w:rsidR="00CA51D8">
        <w:rPr>
          <w:lang w:val="cs-CZ"/>
        </w:rPr>
        <w:t>d</w:t>
      </w:r>
      <w:r w:rsidRPr="00CA51D8">
        <w:rPr>
          <w:lang w:val="cs-CZ"/>
        </w:rPr>
        <w:t>o __________ dnů od</w:t>
      </w:r>
      <w:r w:rsidR="00CA51D8" w:rsidRPr="00CA51D8">
        <w:rPr>
          <w:lang w:val="cs-CZ"/>
        </w:rPr>
        <w:t xml:space="preserve"> doručení</w:t>
      </w:r>
      <w:r w:rsidR="00CA51D8">
        <w:rPr>
          <w:lang w:val="cs-CZ"/>
        </w:rPr>
        <w:t xml:space="preserve">        </w:t>
      </w:r>
      <w:sdt>
        <w:sdtPr>
          <w:rPr>
            <w:lang w:val="cs-CZ"/>
          </w:rPr>
          <w:id w:val="-29482971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="00CA51D8">
            <w:rPr>
              <w:rFonts w:ascii="DejaVu Sans" w:hAnsi="DejaVu Sans"/>
              <w:lang w:val="cs-CZ"/>
            </w:rPr>
            <w:t>☐</w:t>
          </w:r>
        </w:sdtContent>
      </w:sdt>
      <w:r w:rsidRPr="00CA51D8">
        <w:rPr>
          <w:lang w:val="cs-CZ"/>
        </w:rPr>
        <w:t xml:space="preserve"> </w:t>
      </w:r>
      <w:r w:rsidR="00CA51D8">
        <w:rPr>
          <w:lang w:val="cs-CZ"/>
        </w:rPr>
        <w:t>n</w:t>
      </w:r>
      <w:r w:rsidRPr="00CA51D8">
        <w:rPr>
          <w:lang w:val="cs-CZ"/>
        </w:rPr>
        <w:t>ejpozději do dne ____________________________.</w:t>
      </w:r>
    </w:p>
    <w:p w14:paraId="3B44A2DC" w14:textId="77777777" w:rsidR="00CA51D8" w:rsidRPr="00CA51D8" w:rsidRDefault="00CA51D8">
      <w:pPr>
        <w:keepNext/>
        <w:spacing w:after="0"/>
        <w:rPr>
          <w:lang w:val="cs-CZ"/>
        </w:rPr>
      </w:pPr>
    </w:p>
    <w:p w14:paraId="5F345BCB" w14:textId="48E685D4" w:rsidR="00516225" w:rsidRPr="00CA51D8" w:rsidRDefault="00CA51D8" w:rsidP="00CA51D8">
      <w:pPr>
        <w:keepNext/>
        <w:spacing w:after="0"/>
        <w:rPr>
          <w:lang w:val="cs-CZ"/>
        </w:rPr>
      </w:pPr>
      <w:r>
        <w:rPr>
          <w:lang w:val="cs-CZ"/>
        </w:rPr>
        <w:t>C</w:t>
      </w:r>
      <w:r w:rsidR="00000000" w:rsidRPr="00CA51D8">
        <w:rPr>
          <w:lang w:val="cs-CZ"/>
        </w:rPr>
        <w:t>elkový dluh</w:t>
      </w:r>
      <w:r>
        <w:rPr>
          <w:lang w:val="cs-CZ"/>
        </w:rPr>
        <w:t xml:space="preserve"> činí</w:t>
      </w:r>
      <w:r w:rsidR="00000000" w:rsidRPr="00CA51D8">
        <w:rPr>
          <w:lang w:val="cs-CZ"/>
        </w:rPr>
        <w:t xml:space="preserve"> </w:t>
      </w:r>
      <w:r>
        <w:rPr>
          <w:lang w:val="cs-CZ"/>
        </w:rPr>
        <w:t>______________</w:t>
      </w:r>
      <w:r w:rsidR="00000000" w:rsidRPr="00CA51D8">
        <w:rPr>
          <w:lang w:val="cs-CZ"/>
        </w:rPr>
        <w:t xml:space="preserve"> Kč </w:t>
      </w:r>
      <w:r>
        <w:rPr>
          <w:lang w:val="cs-CZ"/>
        </w:rPr>
        <w:t>k</w:t>
      </w:r>
      <w:r w:rsidR="00000000" w:rsidRPr="00CA51D8">
        <w:rPr>
          <w:lang w:val="cs-CZ"/>
        </w:rPr>
        <w:t xml:space="preserve"> ______________</w:t>
      </w:r>
      <w:r w:rsidRPr="00CA51D8">
        <w:rPr>
          <w:lang w:val="cs-CZ"/>
        </w:rPr>
        <w:t>______________</w:t>
      </w:r>
      <w:proofErr w:type="gramStart"/>
      <w:r w:rsidRPr="00CA51D8">
        <w:rPr>
          <w:lang w:val="cs-CZ"/>
        </w:rPr>
        <w:t>_</w:t>
      </w:r>
      <w:r>
        <w:rPr>
          <w:lang w:val="cs-CZ"/>
        </w:rPr>
        <w:t xml:space="preserve"> .</w:t>
      </w:r>
      <w:proofErr w:type="gramEnd"/>
    </w:p>
    <w:p w14:paraId="343B3AF5" w14:textId="77777777" w:rsidR="00516225" w:rsidRPr="00CA51D8" w:rsidRDefault="00000000">
      <w:pPr>
        <w:pStyle w:val="Nadpis1"/>
        <w:rPr>
          <w:lang w:val="cs-CZ"/>
        </w:rPr>
      </w:pPr>
      <w:r w:rsidRPr="00CA51D8">
        <w:rPr>
          <w:lang w:val="cs-CZ"/>
        </w:rPr>
        <w:t>Článek 4 - Možné následky nezjednání nápravy</w:t>
      </w:r>
    </w:p>
    <w:p w14:paraId="5F518AB7" w14:textId="440939FB" w:rsidR="00516225" w:rsidRPr="00CA51D8" w:rsidRDefault="00000000">
      <w:pPr>
        <w:rPr>
          <w:lang w:val="cs-CZ"/>
        </w:rPr>
      </w:pPr>
      <w:r w:rsidRPr="00CA51D8">
        <w:rPr>
          <w:lang w:val="cs-CZ"/>
        </w:rPr>
        <w:t>Nebude-li v poskytnuté přiměřené lhůtě zjednána náprava, mohu za splnění zákonných podmínek přistoupit k výpovědi nájmu. Při zvlášť závažném porušení povinností může jít o výpověď bez výpovědní doby podle § 2291 občanského zákoníku.</w:t>
      </w:r>
    </w:p>
    <w:p w14:paraId="57D40639" w14:textId="77777777" w:rsidR="00CA51D8" w:rsidRPr="00CA51D8" w:rsidRDefault="00CA51D8">
      <w:pPr>
        <w:keepNext/>
        <w:spacing w:after="0"/>
        <w:rPr>
          <w:lang w:val="cs-CZ"/>
        </w:rPr>
      </w:pPr>
    </w:p>
    <w:p w14:paraId="2C094888" w14:textId="53289B20" w:rsidR="00516225" w:rsidRPr="00CA51D8" w:rsidRDefault="00000000">
      <w:pPr>
        <w:keepNext/>
        <w:spacing w:after="0"/>
        <w:rPr>
          <w:lang w:val="cs-CZ"/>
        </w:rPr>
      </w:pPr>
      <w:r w:rsidRPr="00CA51D8">
        <w:rPr>
          <w:lang w:val="cs-CZ"/>
        </w:rPr>
        <w:t>Místo a datum:</w:t>
      </w:r>
    </w:p>
    <w:p w14:paraId="05B62F1A" w14:textId="60BA2ACC" w:rsidR="00516225" w:rsidRPr="00CA51D8" w:rsidRDefault="00000000" w:rsidP="00CA51D8">
      <w:pPr>
        <w:spacing w:after="80" w:line="240" w:lineRule="auto"/>
        <w:rPr>
          <w:lang w:val="cs-CZ"/>
        </w:rPr>
      </w:pPr>
      <w:r w:rsidRPr="00CA51D8">
        <w:rPr>
          <w:lang w:val="cs-CZ"/>
        </w:rPr>
        <w:t>______________________________________________________</w:t>
      </w:r>
      <w:r w:rsidR="00CA51D8" w:rsidRPr="00CA51D8">
        <w:rPr>
          <w:lang w:val="cs-CZ"/>
        </w:rPr>
        <w:t>_______________________</w:t>
      </w:r>
    </w:p>
    <w:p w14:paraId="772BAFE2" w14:textId="2B6E000A" w:rsidR="00516225" w:rsidRPr="00CA51D8" w:rsidRDefault="00CA51D8">
      <w:pPr>
        <w:rPr>
          <w:lang w:val="cs-CZ"/>
        </w:rPr>
      </w:pPr>
      <w:r w:rsidRPr="00CA51D8">
        <w:rPr>
          <w:lang w:val="cs-CZ"/>
        </w:rPr>
        <w:t>Podpis</w:t>
      </w:r>
    </w:p>
    <w:p w14:paraId="75A0B230" w14:textId="50A7DF36" w:rsidR="00CA51D8" w:rsidRPr="00CA51D8" w:rsidRDefault="00CA51D8">
      <w:pPr>
        <w:rPr>
          <w:lang w:val="cs-CZ"/>
        </w:rPr>
      </w:pPr>
      <w:r w:rsidRPr="00CA51D8">
        <w:rPr>
          <w:lang w:val="cs-CZ"/>
        </w:rPr>
        <w:t>______________________________________________________________________________</w:t>
      </w:r>
    </w:p>
    <w:sectPr w:rsidR="00CA51D8" w:rsidRPr="00CA51D8" w:rsidSect="00034616">
      <w:footerReference w:type="default" r:id="rId8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D8578" w14:textId="77777777" w:rsidR="0047453D" w:rsidRDefault="0047453D">
      <w:pPr>
        <w:spacing w:after="0" w:line="240" w:lineRule="auto"/>
      </w:pPr>
      <w:r>
        <w:separator/>
      </w:r>
    </w:p>
  </w:endnote>
  <w:endnote w:type="continuationSeparator" w:id="0">
    <w:p w14:paraId="7169AFD5" w14:textId="77777777" w:rsidR="0047453D" w:rsidRDefault="0047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79D56" w14:textId="77777777" w:rsidR="00516225" w:rsidRDefault="00000000">
    <w:pPr>
      <w:pStyle w:val="Zpat"/>
    </w:pPr>
    <w:r>
      <w:rPr>
        <w:sz w:val="16"/>
      </w:rPr>
      <w:t xml:space="preserve">Filip Karlovský | </w:t>
    </w:r>
    <w:proofErr w:type="spellStart"/>
    <w:r>
      <w:rPr>
        <w:sz w:val="16"/>
      </w:rPr>
      <w:t>Výzva</w:t>
    </w:r>
    <w:proofErr w:type="spellEnd"/>
    <w:r>
      <w:rPr>
        <w:sz w:val="16"/>
      </w:rPr>
      <w:t xml:space="preserve"> k </w:t>
    </w:r>
    <w:proofErr w:type="spellStart"/>
    <w:r>
      <w:rPr>
        <w:sz w:val="16"/>
      </w:rPr>
      <w:t>nápravě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E5213" w14:textId="77777777" w:rsidR="0047453D" w:rsidRDefault="0047453D">
      <w:pPr>
        <w:spacing w:after="0" w:line="240" w:lineRule="auto"/>
      </w:pPr>
      <w:r>
        <w:separator/>
      </w:r>
    </w:p>
  </w:footnote>
  <w:footnote w:type="continuationSeparator" w:id="0">
    <w:p w14:paraId="27142604" w14:textId="77777777" w:rsidR="0047453D" w:rsidRDefault="00474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528198">
    <w:abstractNumId w:val="8"/>
  </w:num>
  <w:num w:numId="2" w16cid:durableId="546456370">
    <w:abstractNumId w:val="6"/>
  </w:num>
  <w:num w:numId="3" w16cid:durableId="1305282873">
    <w:abstractNumId w:val="5"/>
  </w:num>
  <w:num w:numId="4" w16cid:durableId="1057556604">
    <w:abstractNumId w:val="4"/>
  </w:num>
  <w:num w:numId="5" w16cid:durableId="1309045656">
    <w:abstractNumId w:val="7"/>
  </w:num>
  <w:num w:numId="6" w16cid:durableId="894974083">
    <w:abstractNumId w:val="3"/>
  </w:num>
  <w:num w:numId="7" w16cid:durableId="386295315">
    <w:abstractNumId w:val="2"/>
  </w:num>
  <w:num w:numId="8" w16cid:durableId="1144808952">
    <w:abstractNumId w:val="1"/>
  </w:num>
  <w:num w:numId="9" w16cid:durableId="2763008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453D"/>
    <w:rsid w:val="004D6F24"/>
    <w:rsid w:val="00516225"/>
    <w:rsid w:val="00AA1D8D"/>
    <w:rsid w:val="00B47730"/>
    <w:rsid w:val="00CA51D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1633B"/>
  <w14:defaultImageDpi w14:val="300"/>
  <w15:docId w15:val="{C0D0750F-0F91-D440-8D12-E853BE9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1926</Characters>
  <Application>Microsoft Office Word</Application>
  <DocSecurity>0</DocSecurity>
  <Lines>33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nápravě porušení povinností nájemce</dc:title>
  <dc:subject/>
  <dc:creator>Filip Karlovský</dc:creator>
  <cp:keywords/>
  <dc:description>generated by python-docx</dc:description>
  <cp:lastModifiedBy>Filip Karlovsky</cp:lastModifiedBy>
  <cp:revision>2</cp:revision>
  <dcterms:created xsi:type="dcterms:W3CDTF">2013-12-23T23:15:00Z</dcterms:created>
  <dcterms:modified xsi:type="dcterms:W3CDTF">2026-09-21T10:03:00Z</dcterms:modified>
  <cp:category/>
</cp:coreProperties>
</file>