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6A666F" w14:textId="77777777" w:rsidR="00A41B27" w:rsidRPr="00EE4D91" w:rsidRDefault="00000000">
      <w:pPr>
        <w:pStyle w:val="Nzev"/>
        <w:jc w:val="center"/>
        <w:rPr>
          <w:lang w:val="cs-CZ"/>
        </w:rPr>
      </w:pPr>
      <w:r w:rsidRPr="00EE4D91">
        <w:rPr>
          <w:lang w:val="cs-CZ"/>
        </w:rPr>
        <w:t>Výpověď nájmu ze strany pronajímatele</w:t>
      </w:r>
    </w:p>
    <w:p w14:paraId="19E8A584" w14:textId="1CEDAE40" w:rsidR="00A41B27" w:rsidRPr="00EE4D91" w:rsidRDefault="00000000">
      <w:pPr>
        <w:rPr>
          <w:lang w:val="cs-CZ"/>
        </w:rPr>
      </w:pPr>
      <w:r w:rsidRPr="00EE4D91">
        <w:rPr>
          <w:lang w:val="cs-CZ"/>
        </w:rPr>
        <w:t xml:space="preserve">Pro nájem na dobu </w:t>
      </w:r>
      <w:r w:rsidR="00EE4D91" w:rsidRPr="00EE4D91">
        <w:rPr>
          <w:lang w:val="cs-CZ"/>
        </w:rPr>
        <w:t>neurčitou – potřeba</w:t>
      </w:r>
      <w:r w:rsidRPr="00EE4D91">
        <w:rPr>
          <w:lang w:val="cs-CZ"/>
        </w:rPr>
        <w:t xml:space="preserve"> bytu podle § 2288 odst. 2 občanského zákoníku.</w:t>
      </w:r>
    </w:p>
    <w:p w14:paraId="0D226FBB" w14:textId="77777777" w:rsidR="00A41B27" w:rsidRPr="00EE4D91" w:rsidRDefault="00000000">
      <w:pPr>
        <w:pStyle w:val="Nadpis1"/>
        <w:rPr>
          <w:lang w:val="cs-CZ"/>
        </w:rPr>
      </w:pPr>
      <w:r w:rsidRPr="00EE4D91">
        <w:rPr>
          <w:lang w:val="cs-CZ"/>
        </w:rPr>
        <w:t>Článek 1 - Smluvní strany a předmět nájmu</w:t>
      </w:r>
    </w:p>
    <w:p w14:paraId="7D2503F0" w14:textId="4300B4DD" w:rsidR="00A41B27" w:rsidRPr="00EE4D91" w:rsidRDefault="00EE4D91">
      <w:pPr>
        <w:keepNext/>
        <w:spacing w:after="0"/>
        <w:rPr>
          <w:lang w:val="cs-CZ"/>
        </w:rPr>
      </w:pPr>
      <w:r w:rsidRPr="00EE4D91">
        <w:rPr>
          <w:lang w:val="cs-CZ"/>
        </w:rPr>
        <w:t>Pronajímatel – jméno</w:t>
      </w:r>
      <w:r w:rsidR="00000000" w:rsidRPr="00EE4D91">
        <w:rPr>
          <w:lang w:val="cs-CZ"/>
        </w:rPr>
        <w:t xml:space="preserve"> / název, datum narození / IČO:</w:t>
      </w:r>
    </w:p>
    <w:p w14:paraId="1015186F" w14:textId="77777777" w:rsidR="00A41B27" w:rsidRPr="00EE4D91" w:rsidRDefault="00000000">
      <w:pPr>
        <w:spacing w:after="80" w:line="240" w:lineRule="auto"/>
        <w:rPr>
          <w:lang w:val="cs-CZ"/>
        </w:rPr>
      </w:pPr>
      <w:r w:rsidRPr="00EE4D91">
        <w:rPr>
          <w:lang w:val="cs-CZ"/>
        </w:rPr>
        <w:t>_____________________________________________________________________________</w:t>
      </w:r>
    </w:p>
    <w:p w14:paraId="145712C0" w14:textId="77777777" w:rsidR="00A41B27" w:rsidRPr="00EE4D91" w:rsidRDefault="00000000">
      <w:pPr>
        <w:keepNext/>
        <w:spacing w:after="0"/>
        <w:rPr>
          <w:lang w:val="cs-CZ"/>
        </w:rPr>
      </w:pPr>
      <w:r w:rsidRPr="00EE4D91">
        <w:rPr>
          <w:lang w:val="cs-CZ"/>
        </w:rPr>
        <w:t>Adresa pro doručování a kontakt:</w:t>
      </w:r>
    </w:p>
    <w:p w14:paraId="6B76FA9B" w14:textId="77777777" w:rsidR="00A41B27" w:rsidRPr="00EE4D91" w:rsidRDefault="00000000">
      <w:pPr>
        <w:spacing w:after="80" w:line="240" w:lineRule="auto"/>
        <w:rPr>
          <w:lang w:val="cs-CZ"/>
        </w:rPr>
      </w:pPr>
      <w:r w:rsidRPr="00EE4D91">
        <w:rPr>
          <w:lang w:val="cs-CZ"/>
        </w:rPr>
        <w:t>_____________________________________________________________________________</w:t>
      </w:r>
    </w:p>
    <w:p w14:paraId="4E79089D" w14:textId="3A00498E" w:rsidR="00A41B27" w:rsidRPr="00EE4D91" w:rsidRDefault="00EE4D91">
      <w:pPr>
        <w:keepNext/>
        <w:spacing w:after="0"/>
        <w:rPr>
          <w:lang w:val="cs-CZ"/>
        </w:rPr>
      </w:pPr>
      <w:r w:rsidRPr="00EE4D91">
        <w:rPr>
          <w:lang w:val="cs-CZ"/>
        </w:rPr>
        <w:t>Nájemce – jméno</w:t>
      </w:r>
      <w:r w:rsidR="00000000" w:rsidRPr="00EE4D91">
        <w:rPr>
          <w:lang w:val="cs-CZ"/>
        </w:rPr>
        <w:t xml:space="preserve"> a příjmení, datum narození:</w:t>
      </w:r>
    </w:p>
    <w:p w14:paraId="144C5611" w14:textId="77777777" w:rsidR="00A41B27" w:rsidRPr="00EE4D91" w:rsidRDefault="00000000">
      <w:pPr>
        <w:spacing w:after="80" w:line="240" w:lineRule="auto"/>
        <w:rPr>
          <w:lang w:val="cs-CZ"/>
        </w:rPr>
      </w:pPr>
      <w:r w:rsidRPr="00EE4D91">
        <w:rPr>
          <w:lang w:val="cs-CZ"/>
        </w:rPr>
        <w:t>_____________________________________________________________________________</w:t>
      </w:r>
    </w:p>
    <w:p w14:paraId="4F8E7449" w14:textId="77777777" w:rsidR="00A41B27" w:rsidRPr="00EE4D91" w:rsidRDefault="00000000">
      <w:pPr>
        <w:keepNext/>
        <w:spacing w:after="0"/>
        <w:rPr>
          <w:lang w:val="cs-CZ"/>
        </w:rPr>
      </w:pPr>
      <w:r w:rsidRPr="00EE4D91">
        <w:rPr>
          <w:lang w:val="cs-CZ"/>
        </w:rPr>
        <w:t>Adresa pro doručování a kontakt:</w:t>
      </w:r>
    </w:p>
    <w:p w14:paraId="270FF182" w14:textId="77777777" w:rsidR="00A41B27" w:rsidRPr="00EE4D91" w:rsidRDefault="00000000">
      <w:pPr>
        <w:spacing w:after="80" w:line="240" w:lineRule="auto"/>
        <w:rPr>
          <w:lang w:val="cs-CZ"/>
        </w:rPr>
      </w:pPr>
      <w:r w:rsidRPr="00EE4D91">
        <w:rPr>
          <w:lang w:val="cs-CZ"/>
        </w:rPr>
        <w:t>_____________________________________________________________________________</w:t>
      </w:r>
    </w:p>
    <w:p w14:paraId="29B0CBAA" w14:textId="77777777" w:rsidR="00A41B27" w:rsidRPr="00EE4D91" w:rsidRDefault="00000000">
      <w:pPr>
        <w:keepNext/>
        <w:spacing w:after="0"/>
        <w:rPr>
          <w:lang w:val="cs-CZ"/>
        </w:rPr>
      </w:pPr>
      <w:r w:rsidRPr="00EE4D91">
        <w:rPr>
          <w:lang w:val="cs-CZ"/>
        </w:rPr>
        <w:t>Adresa a označení bytu / domu k bydlení:</w:t>
      </w:r>
    </w:p>
    <w:p w14:paraId="7E81FE83" w14:textId="77777777" w:rsidR="00A41B27" w:rsidRPr="00EE4D91" w:rsidRDefault="00000000">
      <w:pPr>
        <w:spacing w:after="80" w:line="240" w:lineRule="auto"/>
        <w:rPr>
          <w:lang w:val="cs-CZ"/>
        </w:rPr>
      </w:pPr>
      <w:r w:rsidRPr="00EE4D91">
        <w:rPr>
          <w:lang w:val="cs-CZ"/>
        </w:rPr>
        <w:t>_____________________________________________________________________________</w:t>
      </w:r>
    </w:p>
    <w:p w14:paraId="5C0DEBE9" w14:textId="77777777" w:rsidR="00A41B27" w:rsidRPr="00EE4D91" w:rsidRDefault="00000000">
      <w:pPr>
        <w:keepNext/>
        <w:spacing w:after="0"/>
        <w:rPr>
          <w:lang w:val="cs-CZ"/>
        </w:rPr>
      </w:pPr>
      <w:r w:rsidRPr="00EE4D91">
        <w:rPr>
          <w:lang w:val="cs-CZ"/>
        </w:rPr>
        <w:t>Datum nájemní smlouvy a označení dodatků:</w:t>
      </w:r>
    </w:p>
    <w:p w14:paraId="1D20414F" w14:textId="77777777" w:rsidR="00A41B27" w:rsidRPr="00EE4D91" w:rsidRDefault="00000000">
      <w:pPr>
        <w:spacing w:after="80" w:line="240" w:lineRule="auto"/>
        <w:rPr>
          <w:lang w:val="cs-CZ"/>
        </w:rPr>
      </w:pPr>
      <w:r w:rsidRPr="00EE4D91">
        <w:rPr>
          <w:lang w:val="cs-CZ"/>
        </w:rPr>
        <w:t>_____________________________________________________________________________</w:t>
      </w:r>
    </w:p>
    <w:p w14:paraId="79762A3E" w14:textId="77777777" w:rsidR="00A41B27" w:rsidRPr="00EE4D91" w:rsidRDefault="00000000">
      <w:pPr>
        <w:pStyle w:val="Nadpis1"/>
        <w:rPr>
          <w:lang w:val="cs-CZ"/>
        </w:rPr>
      </w:pPr>
      <w:r w:rsidRPr="00EE4D91">
        <w:rPr>
          <w:lang w:val="cs-CZ"/>
        </w:rPr>
        <w:t>Článek 2 - Důvod výpovědi (vyberte jednu možnost)</w:t>
      </w:r>
    </w:p>
    <w:p w14:paraId="453F95B8" w14:textId="77777777" w:rsidR="00A41B27" w:rsidRPr="00EE4D91" w:rsidRDefault="00000000">
      <w:pPr>
        <w:rPr>
          <w:lang w:val="cs-CZ"/>
        </w:rPr>
      </w:pPr>
      <w:sdt>
        <w:sdtPr>
          <w:rPr>
            <w:lang w:val="cs-CZ"/>
          </w:rPr>
          <w:id w:val="-99902798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EE4D91">
            <w:rPr>
              <w:rFonts w:ascii="DejaVu Sans" w:hAnsi="DejaVu Sans"/>
              <w:lang w:val="cs-CZ"/>
            </w:rPr>
            <w:t>☐</w:t>
          </w:r>
        </w:sdtContent>
      </w:sdt>
      <w:r w:rsidRPr="00EE4D91">
        <w:rPr>
          <w:lang w:val="cs-CZ"/>
        </w:rPr>
        <w:t xml:space="preserve"> Byt bude užívat pronajímatel pro vlastní bydlení.</w:t>
      </w:r>
    </w:p>
    <w:p w14:paraId="335F7DCD" w14:textId="77777777" w:rsidR="00A41B27" w:rsidRPr="00EE4D91" w:rsidRDefault="00000000">
      <w:pPr>
        <w:rPr>
          <w:lang w:val="cs-CZ"/>
        </w:rPr>
      </w:pPr>
      <w:sdt>
        <w:sdtPr>
          <w:rPr>
            <w:lang w:val="cs-CZ"/>
          </w:rPr>
          <w:id w:val="152111910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EE4D91">
            <w:rPr>
              <w:rFonts w:ascii="DejaVu Sans" w:hAnsi="DejaVu Sans"/>
              <w:lang w:val="cs-CZ"/>
            </w:rPr>
            <w:t>☐</w:t>
          </w:r>
        </w:sdtContent>
      </w:sdt>
      <w:r w:rsidRPr="00EE4D91">
        <w:rPr>
          <w:lang w:val="cs-CZ"/>
        </w:rPr>
        <w:t xml:space="preserve"> Byt bude užívat manžel pronajímatele za podmínek uvedených níže.</w:t>
      </w:r>
    </w:p>
    <w:p w14:paraId="7169DFA9" w14:textId="77777777" w:rsidR="00A41B27" w:rsidRPr="00EE4D91" w:rsidRDefault="00000000">
      <w:pPr>
        <w:rPr>
          <w:lang w:val="cs-CZ"/>
        </w:rPr>
      </w:pPr>
      <w:sdt>
        <w:sdtPr>
          <w:rPr>
            <w:lang w:val="cs-CZ"/>
          </w:rPr>
          <w:id w:val="-989946183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 w:rsidRPr="00EE4D91">
            <w:rPr>
              <w:rFonts w:ascii="DejaVu Sans" w:hAnsi="DejaVu Sans"/>
              <w:lang w:val="cs-CZ"/>
            </w:rPr>
            <w:t>☐</w:t>
          </w:r>
        </w:sdtContent>
      </w:sdt>
      <w:r w:rsidRPr="00EE4D91">
        <w:rPr>
          <w:lang w:val="cs-CZ"/>
        </w:rPr>
        <w:t xml:space="preserve"> Byt potřebuje zákonem vymezený příbuzný (popište vztah níže).</w:t>
      </w:r>
    </w:p>
    <w:p w14:paraId="05B64D76" w14:textId="77777777" w:rsidR="00A41B27" w:rsidRPr="00EE4D91" w:rsidRDefault="00000000">
      <w:pPr>
        <w:rPr>
          <w:lang w:val="cs-CZ"/>
        </w:rPr>
      </w:pPr>
      <w:r w:rsidRPr="00EE4D91">
        <w:rPr>
          <w:lang w:val="cs-CZ"/>
        </w:rPr>
        <w:t>Jako pronajímatel tímto vypovídám nájem na dobu neurčitou podle § 2288 odst. 2 OZ ze zvoleného důvodu. U manžela jde o opuštění rodinné domácnosti, přičemž již byl podán návrh na rozvod nebo je manželství rozvedeno. U příbuzného jde o příbuzného pronajímatele či jeho manžela v přímé linii nebo ve vedlejší linii ve druhém stupni (sourozenec, nikoli bratranec).</w:t>
      </w:r>
    </w:p>
    <w:p w14:paraId="3DC64D1B" w14:textId="77777777" w:rsidR="00A41B27" w:rsidRPr="00EE4D91" w:rsidRDefault="00000000">
      <w:pPr>
        <w:keepNext/>
        <w:spacing w:after="0"/>
        <w:rPr>
          <w:lang w:val="cs-CZ"/>
        </w:rPr>
      </w:pPr>
      <w:r w:rsidRPr="00EE4D91">
        <w:rPr>
          <w:lang w:val="cs-CZ"/>
        </w:rPr>
        <w:t>Jméno a identifikace osoby, která bude byt užívat, a její vztah k pronajímateli:</w:t>
      </w:r>
    </w:p>
    <w:p w14:paraId="7B88E936" w14:textId="77777777" w:rsidR="00A41B27" w:rsidRPr="00EE4D91" w:rsidRDefault="00000000">
      <w:pPr>
        <w:spacing w:after="80" w:line="240" w:lineRule="auto"/>
        <w:rPr>
          <w:lang w:val="cs-CZ"/>
        </w:rPr>
      </w:pPr>
      <w:r w:rsidRPr="00EE4D91">
        <w:rPr>
          <w:lang w:val="cs-CZ"/>
        </w:rPr>
        <w:t>_____________________________________________________________________________</w:t>
      </w:r>
    </w:p>
    <w:p w14:paraId="4E67A5BE" w14:textId="77777777" w:rsidR="00A41B27" w:rsidRPr="00EE4D91" w:rsidRDefault="00000000">
      <w:pPr>
        <w:spacing w:after="80" w:line="240" w:lineRule="auto"/>
        <w:rPr>
          <w:lang w:val="cs-CZ"/>
        </w:rPr>
      </w:pPr>
      <w:r w:rsidRPr="00EE4D91">
        <w:rPr>
          <w:lang w:val="cs-CZ"/>
        </w:rPr>
        <w:t>_____________________________________________________________________________</w:t>
      </w:r>
    </w:p>
    <w:p w14:paraId="52E6E7B0" w14:textId="47C7BEAC" w:rsidR="00A41B27" w:rsidRPr="00EE4D91" w:rsidRDefault="00000000">
      <w:pPr>
        <w:pStyle w:val="Nadpis1"/>
        <w:rPr>
          <w:lang w:val="cs-CZ"/>
        </w:rPr>
      </w:pPr>
      <w:r w:rsidRPr="00EE4D91">
        <w:rPr>
          <w:lang w:val="cs-CZ"/>
        </w:rPr>
        <w:t xml:space="preserve">Článek </w:t>
      </w:r>
      <w:r w:rsidR="00EE4D91" w:rsidRPr="00EE4D91">
        <w:rPr>
          <w:lang w:val="cs-CZ"/>
        </w:rPr>
        <w:t>3</w:t>
      </w:r>
      <w:r w:rsidRPr="00EE4D91">
        <w:rPr>
          <w:lang w:val="cs-CZ"/>
        </w:rPr>
        <w:t xml:space="preserve"> - Výpovědní doba a předání</w:t>
      </w:r>
    </w:p>
    <w:p w14:paraId="7F531A96" w14:textId="7971BEB1" w:rsidR="00A41B27" w:rsidRPr="00EE4D91" w:rsidRDefault="00000000">
      <w:pPr>
        <w:rPr>
          <w:lang w:val="cs-CZ"/>
        </w:rPr>
      </w:pPr>
      <w:r w:rsidRPr="00EE4D91">
        <w:rPr>
          <w:lang w:val="cs-CZ"/>
        </w:rPr>
        <w:t xml:space="preserve">Tříměsíční výpovědní doba běží od prvního dne kalendářního měsíce následujícího po měsíci, ve kterém výpověď dojde nájemci. Nájem skončí posledním dnem třetího měsíce této doby, neskončí-li dříve jinak. Žádám o odevzdání vyklizeného bytu a všech klíčů v den skončení nájmu a </w:t>
      </w:r>
      <w:r w:rsidR="00EE4D91" w:rsidRPr="00EE4D91">
        <w:rPr>
          <w:lang w:val="cs-CZ"/>
        </w:rPr>
        <w:t xml:space="preserve">bude </w:t>
      </w:r>
      <w:r w:rsidRPr="00EE4D91">
        <w:rPr>
          <w:lang w:val="cs-CZ"/>
        </w:rPr>
        <w:t>sepsán předávací protokol.</w:t>
      </w:r>
    </w:p>
    <w:p w14:paraId="322FE08F" w14:textId="49D32620" w:rsidR="00A41B27" w:rsidRPr="00EE4D91" w:rsidRDefault="00000000">
      <w:pPr>
        <w:pStyle w:val="Nadpis1"/>
        <w:rPr>
          <w:lang w:val="cs-CZ"/>
        </w:rPr>
      </w:pPr>
      <w:r w:rsidRPr="00EE4D91">
        <w:rPr>
          <w:lang w:val="cs-CZ"/>
        </w:rPr>
        <w:t xml:space="preserve">Článek </w:t>
      </w:r>
      <w:r w:rsidR="00EE4D91" w:rsidRPr="00EE4D91">
        <w:rPr>
          <w:lang w:val="cs-CZ"/>
        </w:rPr>
        <w:t>4</w:t>
      </w:r>
      <w:r w:rsidRPr="00EE4D91">
        <w:rPr>
          <w:lang w:val="cs-CZ"/>
        </w:rPr>
        <w:t xml:space="preserve"> - Poučení nájemce</w:t>
      </w:r>
    </w:p>
    <w:p w14:paraId="71C68F5C" w14:textId="77777777" w:rsidR="00A41B27" w:rsidRPr="00EE4D91" w:rsidRDefault="00000000">
      <w:pPr>
        <w:rPr>
          <w:lang w:val="cs-CZ"/>
        </w:rPr>
      </w:pPr>
      <w:r w:rsidRPr="00EE4D91">
        <w:rPr>
          <w:lang w:val="cs-CZ"/>
        </w:rPr>
        <w:t>Máte právo vznést proti této výpovědi námitky vůči pronajímateli. Podle § 2290 občanského zákoníku můžete navrhnout soudu přezkoumání oprávněnosti výpovědi do dvou měsíců ode dne, kdy Vám výpověď došla. Námitky nejsou podmínkou soudního návrhu a nenahrazují jeho včasné podání.</w:t>
      </w:r>
    </w:p>
    <w:p w14:paraId="4E734E52" w14:textId="77777777" w:rsidR="00A41B27" w:rsidRPr="00EE4D91" w:rsidRDefault="00000000">
      <w:pPr>
        <w:keepNext/>
        <w:spacing w:after="0"/>
        <w:rPr>
          <w:lang w:val="cs-CZ"/>
        </w:rPr>
      </w:pPr>
      <w:r w:rsidRPr="00EE4D91">
        <w:rPr>
          <w:lang w:val="cs-CZ"/>
        </w:rPr>
        <w:t>Místo a datum:</w:t>
      </w:r>
    </w:p>
    <w:p w14:paraId="7F93DB53" w14:textId="77777777" w:rsidR="00EE4D91" w:rsidRPr="00EE4D91" w:rsidRDefault="00EE4D91">
      <w:pPr>
        <w:rPr>
          <w:lang w:val="cs-CZ"/>
        </w:rPr>
      </w:pPr>
      <w:r w:rsidRPr="00EE4D91">
        <w:rPr>
          <w:lang w:val="cs-CZ"/>
        </w:rPr>
        <w:t>________________________________</w:t>
      </w:r>
    </w:p>
    <w:p w14:paraId="5177F27F" w14:textId="1BAD878F" w:rsidR="00EE4D91" w:rsidRPr="00EE4D91" w:rsidRDefault="00EE4D91" w:rsidP="00EE4D91">
      <w:pPr>
        <w:spacing w:after="80" w:line="240" w:lineRule="auto"/>
        <w:rPr>
          <w:lang w:val="cs-CZ"/>
        </w:rPr>
      </w:pPr>
      <w:r w:rsidRPr="00EE4D91">
        <w:rPr>
          <w:lang w:val="cs-CZ"/>
        </w:rPr>
        <w:t>Podpis:</w:t>
      </w:r>
    </w:p>
    <w:p w14:paraId="1812D89F" w14:textId="77777777" w:rsidR="00A41B27" w:rsidRPr="00EE4D91" w:rsidRDefault="00000000">
      <w:pPr>
        <w:spacing w:before="160"/>
        <w:rPr>
          <w:lang w:val="cs-CZ"/>
        </w:rPr>
      </w:pPr>
      <w:r w:rsidRPr="00EE4D91">
        <w:rPr>
          <w:lang w:val="cs-CZ"/>
        </w:rPr>
        <w:t>________________________________</w:t>
      </w:r>
    </w:p>
    <w:p w14:paraId="0D05CF54" w14:textId="446A70D7" w:rsidR="00A41B27" w:rsidRPr="00EE4D91" w:rsidRDefault="00A41B27">
      <w:pPr>
        <w:rPr>
          <w:lang w:val="cs-CZ"/>
        </w:rPr>
      </w:pPr>
    </w:p>
    <w:sectPr w:rsidR="00A41B27" w:rsidRPr="00EE4D91" w:rsidSect="00034616">
      <w:footerReference w:type="default" r:id="rId8"/>
      <w:pgSz w:w="11906" w:h="16838"/>
      <w:pgMar w:top="964" w:right="1077" w:bottom="964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DF9860" w14:textId="77777777" w:rsidR="00506344" w:rsidRDefault="00506344">
      <w:pPr>
        <w:spacing w:after="0" w:line="240" w:lineRule="auto"/>
      </w:pPr>
      <w:r>
        <w:separator/>
      </w:r>
    </w:p>
  </w:endnote>
  <w:endnote w:type="continuationSeparator" w:id="0">
    <w:p w14:paraId="34E68037" w14:textId="77777777" w:rsidR="00506344" w:rsidRDefault="00506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EFE0D5" w14:textId="77777777" w:rsidR="00A41B27" w:rsidRDefault="00000000">
    <w:pPr>
      <w:pStyle w:val="Zpat"/>
    </w:pPr>
    <w:r>
      <w:rPr>
        <w:sz w:val="16"/>
      </w:rPr>
      <w:t xml:space="preserve">Filip Karlovský | </w:t>
    </w:r>
    <w:proofErr w:type="spellStart"/>
    <w:r>
      <w:rPr>
        <w:sz w:val="16"/>
      </w:rPr>
      <w:t>Vzor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výpovědi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nájmu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3B31E4" w14:textId="77777777" w:rsidR="00506344" w:rsidRDefault="00506344">
      <w:pPr>
        <w:spacing w:after="0" w:line="240" w:lineRule="auto"/>
      </w:pPr>
      <w:r>
        <w:separator/>
      </w:r>
    </w:p>
  </w:footnote>
  <w:footnote w:type="continuationSeparator" w:id="0">
    <w:p w14:paraId="7EEE6003" w14:textId="77777777" w:rsidR="00506344" w:rsidRDefault="005063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62149551">
    <w:abstractNumId w:val="8"/>
  </w:num>
  <w:num w:numId="2" w16cid:durableId="1840467088">
    <w:abstractNumId w:val="6"/>
  </w:num>
  <w:num w:numId="3" w16cid:durableId="722102302">
    <w:abstractNumId w:val="5"/>
  </w:num>
  <w:num w:numId="4" w16cid:durableId="1212185780">
    <w:abstractNumId w:val="4"/>
  </w:num>
  <w:num w:numId="5" w16cid:durableId="2052882196">
    <w:abstractNumId w:val="7"/>
  </w:num>
  <w:num w:numId="6" w16cid:durableId="1920678062">
    <w:abstractNumId w:val="3"/>
  </w:num>
  <w:num w:numId="7" w16cid:durableId="1521814916">
    <w:abstractNumId w:val="2"/>
  </w:num>
  <w:num w:numId="8" w16cid:durableId="310837449">
    <w:abstractNumId w:val="1"/>
  </w:num>
  <w:num w:numId="9" w16cid:durableId="128885172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D6F24"/>
    <w:rsid w:val="00506344"/>
    <w:rsid w:val="00A41B27"/>
    <w:rsid w:val="00AA1D8D"/>
    <w:rsid w:val="00B47730"/>
    <w:rsid w:val="00CB0664"/>
    <w:rsid w:val="00EE4D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A4F693"/>
  <w14:defaultImageDpi w14:val="300"/>
  <w15:docId w15:val="{C0D0750F-0F91-D440-8D12-E853BE966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 w:line="247" w:lineRule="auto"/>
    </w:pPr>
    <w:rPr>
      <w:rFonts w:ascii="Arial" w:hAnsi="Arial"/>
      <w:color w:val="000000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180"/>
      <w:outlineLvl w:val="0"/>
    </w:pPr>
    <w:rPr>
      <w:rFonts w:asciiTheme="majorHAnsi" w:eastAsiaTheme="majorEastAsia" w:hAnsiTheme="majorHAnsi" w:cstheme="majorBidi"/>
      <w:b/>
      <w:bCs/>
      <w:sz w:val="2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6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270</Words>
  <Characters>2184</Characters>
  <Application>Microsoft Office Word</Application>
  <DocSecurity>0</DocSecurity>
  <Lines>37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Výpověď nájmu ze strany pronajímatele</dc:title>
  <dc:subject/>
  <dc:creator>Filip Karlovský</dc:creator>
  <cp:keywords/>
  <dc:description>generated by python-docx</dc:description>
  <cp:lastModifiedBy>Filip Karlovsky</cp:lastModifiedBy>
  <cp:revision>2</cp:revision>
  <dcterms:created xsi:type="dcterms:W3CDTF">2013-12-23T23:15:00Z</dcterms:created>
  <dcterms:modified xsi:type="dcterms:W3CDTF">2026-09-21T10:46:00Z</dcterms:modified>
  <cp:category/>
</cp:coreProperties>
</file>