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6A10943" w14:textId="77777777" w:rsidR="00087037" w:rsidRPr="00C2354D" w:rsidRDefault="00000000">
      <w:pPr>
        <w:pStyle w:val="Nzev"/>
        <w:jc w:val="center"/>
        <w:rPr>
          <w:lang w:val="cs-CZ"/>
        </w:rPr>
      </w:pPr>
      <w:r w:rsidRPr="00C2354D">
        <w:rPr>
          <w:lang w:val="cs-CZ"/>
        </w:rPr>
        <w:t>Výpověď pro neplnění povinností nájemce</w:t>
      </w:r>
    </w:p>
    <w:p w14:paraId="3AED1DA4" w14:textId="77777777" w:rsidR="00087037" w:rsidRPr="00C2354D" w:rsidRDefault="00000000">
      <w:pPr>
        <w:pStyle w:val="Nadpis1"/>
        <w:rPr>
          <w:lang w:val="cs-CZ"/>
        </w:rPr>
      </w:pPr>
      <w:r w:rsidRPr="00C2354D">
        <w:rPr>
          <w:lang w:val="cs-CZ"/>
        </w:rPr>
        <w:t>Článek 1 - Smluvní strany a předmět nájmu</w:t>
      </w:r>
    </w:p>
    <w:p w14:paraId="3596EF4D" w14:textId="1046225B" w:rsidR="00087037" w:rsidRPr="00C2354D" w:rsidRDefault="00C2354D">
      <w:pPr>
        <w:keepNext/>
        <w:spacing w:after="0"/>
        <w:rPr>
          <w:lang w:val="cs-CZ"/>
        </w:rPr>
      </w:pPr>
      <w:r w:rsidRPr="00C2354D">
        <w:rPr>
          <w:lang w:val="cs-CZ"/>
        </w:rPr>
        <w:t>Pronajímatel – jméno</w:t>
      </w:r>
      <w:r w:rsidR="00000000" w:rsidRPr="00C2354D">
        <w:rPr>
          <w:lang w:val="cs-CZ"/>
        </w:rPr>
        <w:t xml:space="preserve"> / název, datum narození / IČO:</w:t>
      </w:r>
    </w:p>
    <w:p w14:paraId="7A6724D3" w14:textId="77777777" w:rsidR="00087037" w:rsidRPr="00C2354D" w:rsidRDefault="00000000">
      <w:pPr>
        <w:spacing w:after="80" w:line="240" w:lineRule="auto"/>
        <w:rPr>
          <w:lang w:val="cs-CZ"/>
        </w:rPr>
      </w:pPr>
      <w:r w:rsidRPr="00C2354D">
        <w:rPr>
          <w:lang w:val="cs-CZ"/>
        </w:rPr>
        <w:t>_____________________________________________________________________________</w:t>
      </w:r>
    </w:p>
    <w:p w14:paraId="61FCBA45" w14:textId="77777777" w:rsidR="00087037" w:rsidRPr="00C2354D" w:rsidRDefault="00000000">
      <w:pPr>
        <w:keepNext/>
        <w:spacing w:after="0"/>
        <w:rPr>
          <w:lang w:val="cs-CZ"/>
        </w:rPr>
      </w:pPr>
      <w:r w:rsidRPr="00C2354D">
        <w:rPr>
          <w:lang w:val="cs-CZ"/>
        </w:rPr>
        <w:t>Adresa pro doručování a kontakt:</w:t>
      </w:r>
    </w:p>
    <w:p w14:paraId="3782E06E" w14:textId="77777777" w:rsidR="00087037" w:rsidRPr="00C2354D" w:rsidRDefault="00000000">
      <w:pPr>
        <w:spacing w:after="80" w:line="240" w:lineRule="auto"/>
        <w:rPr>
          <w:lang w:val="cs-CZ"/>
        </w:rPr>
      </w:pPr>
      <w:r w:rsidRPr="00C2354D">
        <w:rPr>
          <w:lang w:val="cs-CZ"/>
        </w:rPr>
        <w:t>_____________________________________________________________________________</w:t>
      </w:r>
    </w:p>
    <w:p w14:paraId="32E89D00" w14:textId="3DAB4FE2" w:rsidR="00087037" w:rsidRPr="00C2354D" w:rsidRDefault="00C2354D">
      <w:pPr>
        <w:keepNext/>
        <w:spacing w:after="0"/>
        <w:rPr>
          <w:lang w:val="cs-CZ"/>
        </w:rPr>
      </w:pPr>
      <w:r w:rsidRPr="00C2354D">
        <w:rPr>
          <w:lang w:val="cs-CZ"/>
        </w:rPr>
        <w:t>Nájemce – jméno</w:t>
      </w:r>
      <w:r w:rsidR="00000000" w:rsidRPr="00C2354D">
        <w:rPr>
          <w:lang w:val="cs-CZ"/>
        </w:rPr>
        <w:t xml:space="preserve"> a příjmení, datum narození:</w:t>
      </w:r>
    </w:p>
    <w:p w14:paraId="20DBD5F4" w14:textId="77777777" w:rsidR="00087037" w:rsidRPr="00C2354D" w:rsidRDefault="00000000">
      <w:pPr>
        <w:spacing w:after="80" w:line="240" w:lineRule="auto"/>
        <w:rPr>
          <w:lang w:val="cs-CZ"/>
        </w:rPr>
      </w:pPr>
      <w:r w:rsidRPr="00C2354D">
        <w:rPr>
          <w:lang w:val="cs-CZ"/>
        </w:rPr>
        <w:t>_____________________________________________________________________________</w:t>
      </w:r>
    </w:p>
    <w:p w14:paraId="2CABBA06" w14:textId="77777777" w:rsidR="00087037" w:rsidRPr="00C2354D" w:rsidRDefault="00000000">
      <w:pPr>
        <w:keepNext/>
        <w:spacing w:after="0"/>
        <w:rPr>
          <w:lang w:val="cs-CZ"/>
        </w:rPr>
      </w:pPr>
      <w:r w:rsidRPr="00C2354D">
        <w:rPr>
          <w:lang w:val="cs-CZ"/>
        </w:rPr>
        <w:t>Adresa pro doručování a kontakt:</w:t>
      </w:r>
    </w:p>
    <w:p w14:paraId="530C3D7D" w14:textId="77777777" w:rsidR="00087037" w:rsidRPr="00C2354D" w:rsidRDefault="00000000">
      <w:pPr>
        <w:spacing w:after="80" w:line="240" w:lineRule="auto"/>
        <w:rPr>
          <w:lang w:val="cs-CZ"/>
        </w:rPr>
      </w:pPr>
      <w:r w:rsidRPr="00C2354D">
        <w:rPr>
          <w:lang w:val="cs-CZ"/>
        </w:rPr>
        <w:t>_____________________________________________________________________________</w:t>
      </w:r>
    </w:p>
    <w:p w14:paraId="179FBEED" w14:textId="77777777" w:rsidR="00087037" w:rsidRPr="00C2354D" w:rsidRDefault="00000000">
      <w:pPr>
        <w:keepNext/>
        <w:spacing w:after="0"/>
        <w:rPr>
          <w:lang w:val="cs-CZ"/>
        </w:rPr>
      </w:pPr>
      <w:r w:rsidRPr="00C2354D">
        <w:rPr>
          <w:lang w:val="cs-CZ"/>
        </w:rPr>
        <w:t>Adresa a označení bytu / domu k bydlení:</w:t>
      </w:r>
    </w:p>
    <w:p w14:paraId="666C4DC2" w14:textId="77777777" w:rsidR="00087037" w:rsidRPr="00C2354D" w:rsidRDefault="00000000">
      <w:pPr>
        <w:spacing w:after="80" w:line="240" w:lineRule="auto"/>
        <w:rPr>
          <w:lang w:val="cs-CZ"/>
        </w:rPr>
      </w:pPr>
      <w:r w:rsidRPr="00C2354D">
        <w:rPr>
          <w:lang w:val="cs-CZ"/>
        </w:rPr>
        <w:t>_____________________________________________________________________________</w:t>
      </w:r>
    </w:p>
    <w:p w14:paraId="63EFE623" w14:textId="77777777" w:rsidR="00087037" w:rsidRPr="00C2354D" w:rsidRDefault="00000000">
      <w:pPr>
        <w:keepNext/>
        <w:spacing w:after="0"/>
        <w:rPr>
          <w:lang w:val="cs-CZ"/>
        </w:rPr>
      </w:pPr>
      <w:r w:rsidRPr="00C2354D">
        <w:rPr>
          <w:lang w:val="cs-CZ"/>
        </w:rPr>
        <w:t>Datum nájemní smlouvy a označení dodatků:</w:t>
      </w:r>
    </w:p>
    <w:p w14:paraId="055CC4AE" w14:textId="77777777" w:rsidR="00087037" w:rsidRPr="00C2354D" w:rsidRDefault="00000000">
      <w:pPr>
        <w:spacing w:after="80" w:line="240" w:lineRule="auto"/>
        <w:rPr>
          <w:lang w:val="cs-CZ"/>
        </w:rPr>
      </w:pPr>
      <w:r w:rsidRPr="00C2354D">
        <w:rPr>
          <w:lang w:val="cs-CZ"/>
        </w:rPr>
        <w:t>_____________________________________________________________________________</w:t>
      </w:r>
    </w:p>
    <w:p w14:paraId="52F1F345" w14:textId="77777777" w:rsidR="00087037" w:rsidRPr="00C2354D" w:rsidRDefault="00000000">
      <w:pPr>
        <w:pStyle w:val="Nadpis1"/>
        <w:rPr>
          <w:lang w:val="cs-CZ"/>
        </w:rPr>
      </w:pPr>
      <w:r w:rsidRPr="00C2354D">
        <w:rPr>
          <w:lang w:val="cs-CZ"/>
        </w:rPr>
        <w:t>Článek 2 - Porušená povinnost (označte relevantní)</w:t>
      </w:r>
    </w:p>
    <w:p w14:paraId="270E706A" w14:textId="77777777" w:rsidR="00087037" w:rsidRPr="00C2354D" w:rsidRDefault="00000000">
      <w:pPr>
        <w:rPr>
          <w:lang w:val="cs-CZ"/>
        </w:rPr>
      </w:pPr>
      <w:sdt>
        <w:sdtPr>
          <w:rPr>
            <w:lang w:val="cs-CZ"/>
          </w:rPr>
          <w:id w:val="1807041797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 w:rsidRPr="00C2354D">
            <w:rPr>
              <w:rFonts w:ascii="DejaVu Sans" w:hAnsi="DejaVu Sans"/>
              <w:lang w:val="cs-CZ"/>
            </w:rPr>
            <w:t>☐</w:t>
          </w:r>
        </w:sdtContent>
      </w:sdt>
      <w:r w:rsidRPr="00C2354D">
        <w:rPr>
          <w:lang w:val="cs-CZ"/>
        </w:rPr>
        <w:t xml:space="preserve"> Neplacení nájemného nebo nákladů na služby.</w:t>
      </w:r>
    </w:p>
    <w:p w14:paraId="6FFB5DE2" w14:textId="77777777" w:rsidR="00087037" w:rsidRPr="00C2354D" w:rsidRDefault="00000000">
      <w:pPr>
        <w:rPr>
          <w:lang w:val="cs-CZ"/>
        </w:rPr>
      </w:pPr>
      <w:sdt>
        <w:sdtPr>
          <w:rPr>
            <w:lang w:val="cs-CZ"/>
          </w:rPr>
          <w:id w:val="844906659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 w:rsidRPr="00C2354D">
            <w:rPr>
              <w:rFonts w:ascii="DejaVu Sans" w:hAnsi="DejaVu Sans"/>
              <w:lang w:val="cs-CZ"/>
            </w:rPr>
            <w:t>☐</w:t>
          </w:r>
        </w:sdtContent>
      </w:sdt>
      <w:r w:rsidRPr="00C2354D">
        <w:rPr>
          <w:lang w:val="cs-CZ"/>
        </w:rPr>
        <w:t xml:space="preserve"> Poškozování bytu nebo domu.</w:t>
      </w:r>
    </w:p>
    <w:p w14:paraId="194D9CF7" w14:textId="77777777" w:rsidR="00087037" w:rsidRPr="00C2354D" w:rsidRDefault="00000000">
      <w:pPr>
        <w:rPr>
          <w:lang w:val="cs-CZ"/>
        </w:rPr>
      </w:pPr>
      <w:sdt>
        <w:sdtPr>
          <w:rPr>
            <w:lang w:val="cs-CZ"/>
          </w:rPr>
          <w:id w:val="253639870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 w:rsidRPr="00C2354D">
            <w:rPr>
              <w:rFonts w:ascii="DejaVu Sans" w:hAnsi="DejaVu Sans"/>
              <w:lang w:val="cs-CZ"/>
            </w:rPr>
            <w:t>☐</w:t>
          </w:r>
        </w:sdtContent>
      </w:sdt>
      <w:r w:rsidRPr="00C2354D">
        <w:rPr>
          <w:lang w:val="cs-CZ"/>
        </w:rPr>
        <w:t xml:space="preserve"> Závažné obtíže nebo škody působené pronajímateli či obyvatelům.</w:t>
      </w:r>
    </w:p>
    <w:p w14:paraId="518B7EEE" w14:textId="74854285" w:rsidR="00087037" w:rsidRPr="00C2354D" w:rsidRDefault="00000000">
      <w:pPr>
        <w:rPr>
          <w:lang w:val="cs-CZ"/>
        </w:rPr>
      </w:pPr>
      <w:sdt>
        <w:sdtPr>
          <w:rPr>
            <w:lang w:val="cs-CZ"/>
          </w:rPr>
          <w:id w:val="-1613427626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 w:rsidRPr="00C2354D">
            <w:rPr>
              <w:rFonts w:ascii="DejaVu Sans" w:hAnsi="DejaVu Sans"/>
              <w:lang w:val="cs-CZ"/>
            </w:rPr>
            <w:t>☐</w:t>
          </w:r>
        </w:sdtContent>
      </w:sdt>
      <w:r w:rsidRPr="00C2354D">
        <w:rPr>
          <w:lang w:val="cs-CZ"/>
        </w:rPr>
        <w:t xml:space="preserve"> Jiné porušení </w:t>
      </w:r>
      <w:r w:rsidR="00C2354D" w:rsidRPr="00C2354D">
        <w:rPr>
          <w:lang w:val="cs-CZ"/>
        </w:rPr>
        <w:t xml:space="preserve">povinností </w:t>
      </w:r>
      <w:r w:rsidR="00C2354D">
        <w:rPr>
          <w:lang w:val="cs-CZ"/>
        </w:rPr>
        <w:t>______________________________________________________</w:t>
      </w:r>
    </w:p>
    <w:p w14:paraId="6F914A13" w14:textId="77777777" w:rsidR="00087037" w:rsidRPr="00C2354D" w:rsidRDefault="00000000">
      <w:pPr>
        <w:keepNext/>
        <w:spacing w:after="0"/>
        <w:rPr>
          <w:lang w:val="cs-CZ"/>
        </w:rPr>
      </w:pPr>
      <w:r w:rsidRPr="00C2354D">
        <w:rPr>
          <w:lang w:val="cs-CZ"/>
        </w:rPr>
        <w:t>Konkrétní jednání, data, rozsah, následky a závažnost porušení:</w:t>
      </w:r>
    </w:p>
    <w:p w14:paraId="33D39E09" w14:textId="77777777" w:rsidR="00087037" w:rsidRPr="00C2354D" w:rsidRDefault="00000000">
      <w:pPr>
        <w:spacing w:after="80" w:line="240" w:lineRule="auto"/>
        <w:rPr>
          <w:lang w:val="cs-CZ"/>
        </w:rPr>
      </w:pPr>
      <w:r w:rsidRPr="00C2354D">
        <w:rPr>
          <w:lang w:val="cs-CZ"/>
        </w:rPr>
        <w:t>_____________________________________________________________________________</w:t>
      </w:r>
    </w:p>
    <w:p w14:paraId="58627EBC" w14:textId="77777777" w:rsidR="00087037" w:rsidRPr="00C2354D" w:rsidRDefault="00000000">
      <w:pPr>
        <w:spacing w:after="80" w:line="240" w:lineRule="auto"/>
        <w:rPr>
          <w:lang w:val="cs-CZ"/>
        </w:rPr>
      </w:pPr>
      <w:r w:rsidRPr="00C2354D">
        <w:rPr>
          <w:lang w:val="cs-CZ"/>
        </w:rPr>
        <w:t>_____________________________________________________________________________</w:t>
      </w:r>
    </w:p>
    <w:p w14:paraId="55A4C65E" w14:textId="77777777" w:rsidR="00087037" w:rsidRPr="00C2354D" w:rsidRDefault="00000000">
      <w:pPr>
        <w:spacing w:after="80" w:line="240" w:lineRule="auto"/>
        <w:rPr>
          <w:lang w:val="cs-CZ"/>
        </w:rPr>
      </w:pPr>
      <w:r w:rsidRPr="00C2354D">
        <w:rPr>
          <w:lang w:val="cs-CZ"/>
        </w:rPr>
        <w:t>_____________________________________________________________________________</w:t>
      </w:r>
    </w:p>
    <w:p w14:paraId="2D5AD659" w14:textId="77777777" w:rsidR="00087037" w:rsidRPr="00C2354D" w:rsidRDefault="00000000">
      <w:pPr>
        <w:rPr>
          <w:lang w:val="cs-CZ"/>
        </w:rPr>
      </w:pPr>
      <w:r w:rsidRPr="00C2354D">
        <w:rPr>
          <w:lang w:val="cs-CZ"/>
        </w:rPr>
        <w:t>Při neplacení přiložte rozpis: období, splatnost, nájemné, služby, úhrady a zůstatek. Rozpis označte jako součást výpovědi. Pouhé označení políčka nebo paragrafu nestačí.</w:t>
      </w:r>
    </w:p>
    <w:p w14:paraId="398044DC" w14:textId="1011F6AC" w:rsidR="00087037" w:rsidRPr="00C2354D" w:rsidRDefault="00000000" w:rsidP="00C2354D">
      <w:pPr>
        <w:rPr>
          <w:b/>
          <w:bCs/>
          <w:lang w:val="cs-CZ"/>
        </w:rPr>
      </w:pPr>
      <w:r w:rsidRPr="00C2354D">
        <w:rPr>
          <w:b/>
          <w:bCs/>
          <w:lang w:val="cs-CZ"/>
        </w:rPr>
        <w:t>Článek 3 - Způsob výpovědi</w:t>
      </w:r>
    </w:p>
    <w:p w14:paraId="08DE859D" w14:textId="77777777" w:rsidR="00087037" w:rsidRPr="00C2354D" w:rsidRDefault="00000000">
      <w:pPr>
        <w:rPr>
          <w:lang w:val="cs-CZ"/>
        </w:rPr>
      </w:pPr>
      <w:sdt>
        <w:sdtPr>
          <w:rPr>
            <w:lang w:val="cs-CZ"/>
          </w:rPr>
          <w:id w:val="-1679801589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 w:rsidRPr="00C2354D">
            <w:rPr>
              <w:rFonts w:ascii="Segoe UI Symbol" w:hAnsi="Segoe UI Symbol" w:cs="Segoe UI Symbol"/>
              <w:lang w:val="cs-CZ"/>
            </w:rPr>
            <w:t>☐</w:t>
          </w:r>
        </w:sdtContent>
      </w:sdt>
      <w:r w:rsidRPr="00C2354D">
        <w:rPr>
          <w:lang w:val="cs-CZ"/>
        </w:rPr>
        <w:t xml:space="preserve"> S tříměsíční výpovědní dobou - § 2288 odst. 1 písm. a) OZ.</w:t>
      </w:r>
    </w:p>
    <w:p w14:paraId="5BB89BC5" w14:textId="77777777" w:rsidR="00087037" w:rsidRPr="00C2354D" w:rsidRDefault="00000000">
      <w:pPr>
        <w:rPr>
          <w:lang w:val="cs-CZ"/>
        </w:rPr>
      </w:pPr>
      <w:sdt>
        <w:sdtPr>
          <w:rPr>
            <w:lang w:val="cs-CZ"/>
          </w:rPr>
          <w:id w:val="1663508345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 w:rsidRPr="00C2354D">
            <w:rPr>
              <w:rFonts w:ascii="DejaVu Sans" w:hAnsi="DejaVu Sans"/>
              <w:lang w:val="cs-CZ"/>
            </w:rPr>
            <w:t>☐</w:t>
          </w:r>
        </w:sdtContent>
      </w:sdt>
      <w:r w:rsidRPr="00C2354D">
        <w:rPr>
          <w:lang w:val="cs-CZ"/>
        </w:rPr>
        <w:t xml:space="preserve"> Bez výpovědní doby - § 2291 OZ, </w:t>
      </w:r>
      <w:r w:rsidRPr="00C2354D">
        <w:rPr>
          <w:b/>
          <w:bCs/>
          <w:lang w:val="cs-CZ"/>
        </w:rPr>
        <w:t>po marné výzvě k nápravě.</w:t>
      </w:r>
    </w:p>
    <w:p w14:paraId="38269001" w14:textId="4FF1F89F" w:rsidR="00087037" w:rsidRPr="00C2354D" w:rsidRDefault="00000000">
      <w:pPr>
        <w:keepNext/>
        <w:spacing w:after="0"/>
        <w:rPr>
          <w:lang w:val="cs-CZ"/>
        </w:rPr>
      </w:pPr>
      <w:r w:rsidRPr="00C2354D">
        <w:rPr>
          <w:lang w:val="cs-CZ"/>
        </w:rPr>
        <w:t xml:space="preserve">datum výzvy, </w:t>
      </w:r>
      <w:r w:rsidR="00C2354D" w:rsidRPr="00C2354D">
        <w:rPr>
          <w:lang w:val="cs-CZ"/>
        </w:rPr>
        <w:t>doručení,</w:t>
      </w:r>
      <w:r w:rsidRPr="00C2354D">
        <w:rPr>
          <w:lang w:val="cs-CZ"/>
        </w:rPr>
        <w:t xml:space="preserve"> lhůta:</w:t>
      </w:r>
    </w:p>
    <w:p w14:paraId="3A6F4929" w14:textId="77777777" w:rsidR="00087037" w:rsidRPr="00C2354D" w:rsidRDefault="00000000">
      <w:pPr>
        <w:spacing w:after="80" w:line="240" w:lineRule="auto"/>
        <w:rPr>
          <w:lang w:val="cs-CZ"/>
        </w:rPr>
      </w:pPr>
      <w:r w:rsidRPr="00C2354D">
        <w:rPr>
          <w:lang w:val="cs-CZ"/>
        </w:rPr>
        <w:t>_____________________________________________________________________________</w:t>
      </w:r>
    </w:p>
    <w:p w14:paraId="5A5678B8" w14:textId="77777777" w:rsidR="00087037" w:rsidRPr="00C2354D" w:rsidRDefault="00000000">
      <w:pPr>
        <w:spacing w:after="80" w:line="240" w:lineRule="auto"/>
        <w:rPr>
          <w:lang w:val="cs-CZ"/>
        </w:rPr>
      </w:pPr>
      <w:r w:rsidRPr="00C2354D">
        <w:rPr>
          <w:lang w:val="cs-CZ"/>
        </w:rPr>
        <w:t>_____________________________________________________________________________</w:t>
      </w:r>
    </w:p>
    <w:p w14:paraId="426207FB" w14:textId="76438F96" w:rsidR="00087037" w:rsidRPr="00C2354D" w:rsidRDefault="00000000">
      <w:pPr>
        <w:keepNext/>
        <w:spacing w:after="0"/>
        <w:rPr>
          <w:lang w:val="cs-CZ"/>
        </w:rPr>
      </w:pPr>
      <w:r w:rsidRPr="00C2354D">
        <w:rPr>
          <w:lang w:val="cs-CZ"/>
        </w:rPr>
        <w:t>Výsledek výzvy, marné uplynutí lhůty a trvající stav:</w:t>
      </w:r>
    </w:p>
    <w:p w14:paraId="45D8F98E" w14:textId="77777777" w:rsidR="00087037" w:rsidRPr="00C2354D" w:rsidRDefault="00000000">
      <w:pPr>
        <w:spacing w:after="80" w:line="240" w:lineRule="auto"/>
        <w:rPr>
          <w:lang w:val="cs-CZ"/>
        </w:rPr>
      </w:pPr>
      <w:r w:rsidRPr="00C2354D">
        <w:rPr>
          <w:lang w:val="cs-CZ"/>
        </w:rPr>
        <w:t>_____________________________________________________________________________</w:t>
      </w:r>
    </w:p>
    <w:p w14:paraId="2FEAA077" w14:textId="77777777" w:rsidR="00087037" w:rsidRPr="00C2354D" w:rsidRDefault="00000000">
      <w:pPr>
        <w:spacing w:after="80" w:line="240" w:lineRule="auto"/>
        <w:rPr>
          <w:lang w:val="cs-CZ"/>
        </w:rPr>
      </w:pPr>
      <w:r w:rsidRPr="00C2354D">
        <w:rPr>
          <w:lang w:val="cs-CZ"/>
        </w:rPr>
        <w:t>_____________________________________________________________________________</w:t>
      </w:r>
    </w:p>
    <w:p w14:paraId="571AD3F0" w14:textId="77777777" w:rsidR="00087037" w:rsidRPr="00C2354D" w:rsidRDefault="00000000">
      <w:pPr>
        <w:pStyle w:val="Nadpis1"/>
        <w:rPr>
          <w:lang w:val="cs-CZ"/>
        </w:rPr>
      </w:pPr>
      <w:r w:rsidRPr="00C2354D">
        <w:rPr>
          <w:lang w:val="cs-CZ"/>
        </w:rPr>
        <w:t>Článek 4 - Odevzdání bytu</w:t>
      </w:r>
    </w:p>
    <w:p w14:paraId="3B418ECE" w14:textId="3FA29FF2" w:rsidR="00087037" w:rsidRPr="00C2354D" w:rsidRDefault="00000000">
      <w:pPr>
        <w:rPr>
          <w:lang w:val="cs-CZ"/>
        </w:rPr>
      </w:pPr>
      <w:r w:rsidRPr="00C2354D">
        <w:rPr>
          <w:lang w:val="cs-CZ"/>
        </w:rPr>
        <w:t>Při tříměsíční době požaduji odevzdání vyklizeného bytu a klíčů v den skončení nájmu. Bez výpovědní doby požaduji odevzdání bez zbytečného odkladu.</w:t>
      </w:r>
    </w:p>
    <w:p w14:paraId="5D104EE6" w14:textId="77777777" w:rsidR="00087037" w:rsidRPr="00C2354D" w:rsidRDefault="00000000">
      <w:pPr>
        <w:pStyle w:val="Nadpis1"/>
        <w:rPr>
          <w:lang w:val="cs-CZ"/>
        </w:rPr>
      </w:pPr>
      <w:r w:rsidRPr="00C2354D">
        <w:rPr>
          <w:lang w:val="cs-CZ"/>
        </w:rPr>
        <w:t>Článek 5 - Poučení nájemce</w:t>
      </w:r>
    </w:p>
    <w:p w14:paraId="55AFB421" w14:textId="77777777" w:rsidR="00087037" w:rsidRPr="00C2354D" w:rsidRDefault="00000000">
      <w:pPr>
        <w:rPr>
          <w:lang w:val="cs-CZ"/>
        </w:rPr>
      </w:pPr>
      <w:r w:rsidRPr="00C2354D">
        <w:rPr>
          <w:lang w:val="cs-CZ"/>
        </w:rPr>
        <w:t>Máte právo vznést proti této výpovědi námitky vůči pronajímateli. Podle § 2290 občanského zákoníku můžete navrhnout soudu přezkoumání oprávněnosti výpovědi do dvou měsíců ode dne, kdy Vám výpověď došla. Námitky nejsou podmínkou soudního návrhu a nenahrazují jeho včasné podání.</w:t>
      </w:r>
    </w:p>
    <w:p w14:paraId="509E4961" w14:textId="77777777" w:rsidR="00087037" w:rsidRPr="00C2354D" w:rsidRDefault="00000000">
      <w:pPr>
        <w:keepNext/>
        <w:spacing w:after="0"/>
        <w:rPr>
          <w:lang w:val="cs-CZ"/>
        </w:rPr>
      </w:pPr>
      <w:r w:rsidRPr="00C2354D">
        <w:rPr>
          <w:lang w:val="cs-CZ"/>
        </w:rPr>
        <w:t>Přílohy (rozpis dluhu, výzva, doklad o dojití, další důkazy):</w:t>
      </w:r>
    </w:p>
    <w:p w14:paraId="6371DD96" w14:textId="77777777" w:rsidR="00087037" w:rsidRPr="00C2354D" w:rsidRDefault="00000000">
      <w:pPr>
        <w:spacing w:after="80" w:line="240" w:lineRule="auto"/>
        <w:rPr>
          <w:lang w:val="cs-CZ"/>
        </w:rPr>
      </w:pPr>
      <w:r w:rsidRPr="00C2354D">
        <w:rPr>
          <w:lang w:val="cs-CZ"/>
        </w:rPr>
        <w:t>_____________________________________________________________________________</w:t>
      </w:r>
    </w:p>
    <w:p w14:paraId="224EAB0C" w14:textId="77777777" w:rsidR="00087037" w:rsidRPr="00C2354D" w:rsidRDefault="00000000">
      <w:pPr>
        <w:keepNext/>
        <w:spacing w:after="0"/>
        <w:rPr>
          <w:lang w:val="cs-CZ"/>
        </w:rPr>
      </w:pPr>
      <w:r w:rsidRPr="00C2354D">
        <w:rPr>
          <w:lang w:val="cs-CZ"/>
        </w:rPr>
        <w:t>Místo a datum:</w:t>
      </w:r>
    </w:p>
    <w:p w14:paraId="3F049FE2" w14:textId="127B7B15" w:rsidR="00087037" w:rsidRPr="00C2354D" w:rsidRDefault="00000000">
      <w:pPr>
        <w:spacing w:after="80" w:line="240" w:lineRule="auto"/>
        <w:rPr>
          <w:lang w:val="cs-CZ"/>
        </w:rPr>
      </w:pPr>
      <w:r w:rsidRPr="00C2354D">
        <w:rPr>
          <w:lang w:val="cs-CZ"/>
        </w:rPr>
        <w:t>________________________________</w:t>
      </w:r>
    </w:p>
    <w:p w14:paraId="6D1C20E3" w14:textId="2FE84E7F" w:rsidR="00C2354D" w:rsidRPr="00C2354D" w:rsidRDefault="00C2354D" w:rsidP="00C2354D">
      <w:pPr>
        <w:rPr>
          <w:lang w:val="cs-CZ"/>
        </w:rPr>
      </w:pPr>
      <w:r>
        <w:rPr>
          <w:lang w:val="cs-CZ"/>
        </w:rPr>
        <w:t>Podpis</w:t>
      </w:r>
    </w:p>
    <w:p w14:paraId="4DE9E89E" w14:textId="6B269408" w:rsidR="00087037" w:rsidRPr="00C2354D" w:rsidRDefault="00000000" w:rsidP="00C2354D">
      <w:pPr>
        <w:spacing w:before="160"/>
        <w:rPr>
          <w:lang w:val="cs-CZ"/>
        </w:rPr>
      </w:pPr>
      <w:r w:rsidRPr="00C2354D">
        <w:rPr>
          <w:lang w:val="cs-CZ"/>
        </w:rPr>
        <w:t>________________________________</w:t>
      </w:r>
    </w:p>
    <w:sectPr w:rsidR="00087037" w:rsidRPr="00C2354D" w:rsidSect="00034616">
      <w:footerReference w:type="default" r:id="rId8"/>
      <w:pgSz w:w="11906" w:h="16838"/>
      <w:pgMar w:top="964" w:right="1077" w:bottom="964" w:left="107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8DD74D0" w14:textId="77777777" w:rsidR="003D5C21" w:rsidRDefault="003D5C21">
      <w:pPr>
        <w:spacing w:after="0" w:line="240" w:lineRule="auto"/>
      </w:pPr>
      <w:r>
        <w:separator/>
      </w:r>
    </w:p>
  </w:endnote>
  <w:endnote w:type="continuationSeparator" w:id="0">
    <w:p w14:paraId="66B1DFAE" w14:textId="77777777" w:rsidR="003D5C21" w:rsidRDefault="003D5C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notTrueType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DejaVu Sans">
    <w:altName w:val="Verdana"/>
    <w:panose1 w:val="020B0604020202020204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C9BEA29" w14:textId="77777777" w:rsidR="00087037" w:rsidRDefault="00000000">
    <w:pPr>
      <w:pStyle w:val="Zpat"/>
    </w:pPr>
    <w:r>
      <w:rPr>
        <w:sz w:val="16"/>
      </w:rPr>
      <w:t xml:space="preserve">Filip Karlovský | </w:t>
    </w:r>
    <w:proofErr w:type="spellStart"/>
    <w:r>
      <w:rPr>
        <w:sz w:val="16"/>
      </w:rPr>
      <w:t>Vzor</w:t>
    </w:r>
    <w:proofErr w:type="spellEnd"/>
    <w:r>
      <w:rPr>
        <w:sz w:val="16"/>
      </w:rPr>
      <w:t xml:space="preserve"> </w:t>
    </w:r>
    <w:proofErr w:type="spellStart"/>
    <w:r>
      <w:rPr>
        <w:sz w:val="16"/>
      </w:rPr>
      <w:t>výpovědi</w:t>
    </w:r>
    <w:proofErr w:type="spellEnd"/>
    <w:r>
      <w:rPr>
        <w:sz w:val="16"/>
      </w:rPr>
      <w:t xml:space="preserve"> </w:t>
    </w:r>
    <w:proofErr w:type="spellStart"/>
    <w:r>
      <w:rPr>
        <w:sz w:val="16"/>
      </w:rPr>
      <w:t>nájmu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09A97FC" w14:textId="77777777" w:rsidR="003D5C21" w:rsidRDefault="003D5C21">
      <w:pPr>
        <w:spacing w:after="0" w:line="240" w:lineRule="auto"/>
      </w:pPr>
      <w:r>
        <w:separator/>
      </w:r>
    </w:p>
  </w:footnote>
  <w:footnote w:type="continuationSeparator" w:id="0">
    <w:p w14:paraId="632CA532" w14:textId="77777777" w:rsidR="003D5C21" w:rsidRDefault="003D5C2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67297285">
    <w:abstractNumId w:val="8"/>
  </w:num>
  <w:num w:numId="2" w16cid:durableId="1505701346">
    <w:abstractNumId w:val="6"/>
  </w:num>
  <w:num w:numId="3" w16cid:durableId="1537960273">
    <w:abstractNumId w:val="5"/>
  </w:num>
  <w:num w:numId="4" w16cid:durableId="642539392">
    <w:abstractNumId w:val="4"/>
  </w:num>
  <w:num w:numId="5" w16cid:durableId="547422564">
    <w:abstractNumId w:val="7"/>
  </w:num>
  <w:num w:numId="6" w16cid:durableId="1581140061">
    <w:abstractNumId w:val="3"/>
  </w:num>
  <w:num w:numId="7" w16cid:durableId="1468402419">
    <w:abstractNumId w:val="2"/>
  </w:num>
  <w:num w:numId="8" w16cid:durableId="1729377168">
    <w:abstractNumId w:val="1"/>
  </w:num>
  <w:num w:numId="9" w16cid:durableId="8961936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9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87037"/>
    <w:rsid w:val="0015074B"/>
    <w:rsid w:val="0029639D"/>
    <w:rsid w:val="00326F90"/>
    <w:rsid w:val="003D5C21"/>
    <w:rsid w:val="004D6F24"/>
    <w:rsid w:val="00AA1D8D"/>
    <w:rsid w:val="00B47730"/>
    <w:rsid w:val="00C2354D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38D4F08"/>
  <w14:defaultImageDpi w14:val="300"/>
  <w15:docId w15:val="{C0D0750F-0F91-D440-8D12-E853BE966B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  <w:pPr>
      <w:spacing w:after="100" w:line="247" w:lineRule="auto"/>
    </w:pPr>
    <w:rPr>
      <w:rFonts w:ascii="Arial" w:hAnsi="Arial"/>
      <w:color w:val="000000"/>
      <w:sz w:val="20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180"/>
      <w:outlineLvl w:val="0"/>
    </w:pPr>
    <w:rPr>
      <w:rFonts w:asciiTheme="majorHAnsi" w:eastAsiaTheme="majorEastAsia" w:hAnsiTheme="majorHAnsi" w:cstheme="majorBidi"/>
      <w:b/>
      <w:bCs/>
      <w:sz w:val="22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spacing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26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302</Words>
  <Characters>2500</Characters>
  <Application>Microsoft Office Word</Application>
  <DocSecurity>0</DocSecurity>
  <Lines>43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2765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Výpověď pro neplnění povinností nájemce</dc:title>
  <dc:subject/>
  <dc:creator>Filip Karlovský</dc:creator>
  <cp:keywords/>
  <dc:description>generated by python-docx</dc:description>
  <cp:lastModifiedBy>Filip Karlovsky</cp:lastModifiedBy>
  <cp:revision>2</cp:revision>
  <dcterms:created xsi:type="dcterms:W3CDTF">2013-12-23T23:15:00Z</dcterms:created>
  <dcterms:modified xsi:type="dcterms:W3CDTF">2026-09-21T11:34:00Z</dcterms:modified>
  <cp:category/>
</cp:coreProperties>
</file>