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5548" w14:textId="77777777" w:rsidR="000E55D7" w:rsidRPr="005F3336" w:rsidRDefault="00000000">
      <w:pPr>
        <w:pStyle w:val="Nzev"/>
        <w:jc w:val="center"/>
        <w:rPr>
          <w:lang w:val="cs-CZ"/>
        </w:rPr>
      </w:pPr>
      <w:r w:rsidRPr="005F3336">
        <w:rPr>
          <w:lang w:val="cs-CZ"/>
        </w:rPr>
        <w:t>Výpověď nájmu ze strany nájemce</w:t>
      </w:r>
    </w:p>
    <w:p w14:paraId="04068E11" w14:textId="77777777" w:rsidR="000E55D7" w:rsidRPr="005F3336" w:rsidRDefault="00000000">
      <w:pPr>
        <w:pStyle w:val="Nadpis1"/>
        <w:rPr>
          <w:lang w:val="cs-CZ"/>
        </w:rPr>
      </w:pPr>
      <w:r w:rsidRPr="005F3336">
        <w:rPr>
          <w:lang w:val="cs-CZ"/>
        </w:rPr>
        <w:t>Článek 1 - Smluvní strany a předmět nájmu</w:t>
      </w:r>
    </w:p>
    <w:p w14:paraId="0A84CCAA" w14:textId="022CC336" w:rsidR="000E55D7" w:rsidRPr="005F3336" w:rsidRDefault="005F3336">
      <w:pPr>
        <w:keepNext/>
        <w:spacing w:after="0"/>
        <w:rPr>
          <w:lang w:val="cs-CZ"/>
        </w:rPr>
      </w:pPr>
      <w:r w:rsidRPr="005F3336">
        <w:rPr>
          <w:lang w:val="cs-CZ"/>
        </w:rPr>
        <w:t>Pronajímatel – jméno</w:t>
      </w:r>
      <w:r w:rsidR="00000000" w:rsidRPr="005F3336">
        <w:rPr>
          <w:lang w:val="cs-CZ"/>
        </w:rPr>
        <w:t xml:space="preserve"> / název, datum narození / IČO:</w:t>
      </w:r>
    </w:p>
    <w:p w14:paraId="23AC48DC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2373F51E" w14:textId="4AE15ABA" w:rsidR="000E55D7" w:rsidRPr="005F3336" w:rsidRDefault="00000000">
      <w:pPr>
        <w:keepNext/>
        <w:spacing w:after="0"/>
        <w:rPr>
          <w:lang w:val="cs-CZ"/>
        </w:rPr>
      </w:pPr>
      <w:r w:rsidRPr="005F3336">
        <w:rPr>
          <w:lang w:val="cs-CZ"/>
        </w:rPr>
        <w:t xml:space="preserve">Adresa </w:t>
      </w:r>
      <w:r w:rsidR="005F3336">
        <w:rPr>
          <w:lang w:val="cs-CZ"/>
        </w:rPr>
        <w:t xml:space="preserve">pronajímatele </w:t>
      </w:r>
      <w:r w:rsidRPr="005F3336">
        <w:rPr>
          <w:lang w:val="cs-CZ"/>
        </w:rPr>
        <w:t>pro doručování a kontakt:</w:t>
      </w:r>
    </w:p>
    <w:p w14:paraId="328F4788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3DB7F8C2" w14:textId="3979CF51" w:rsidR="000E55D7" w:rsidRPr="005F3336" w:rsidRDefault="005F3336">
      <w:pPr>
        <w:keepNext/>
        <w:spacing w:after="0"/>
        <w:rPr>
          <w:lang w:val="cs-CZ"/>
        </w:rPr>
      </w:pPr>
      <w:r w:rsidRPr="005F3336">
        <w:rPr>
          <w:lang w:val="cs-CZ"/>
        </w:rPr>
        <w:t>Nájemce – jméno</w:t>
      </w:r>
      <w:r w:rsidR="00000000" w:rsidRPr="005F3336">
        <w:rPr>
          <w:lang w:val="cs-CZ"/>
        </w:rPr>
        <w:t xml:space="preserve"> a příjmení, datum narození:</w:t>
      </w:r>
    </w:p>
    <w:p w14:paraId="55CF07D6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026C8306" w14:textId="369167C6" w:rsidR="000E55D7" w:rsidRPr="005F3336" w:rsidRDefault="00000000">
      <w:pPr>
        <w:keepNext/>
        <w:spacing w:after="0"/>
        <w:rPr>
          <w:lang w:val="cs-CZ"/>
        </w:rPr>
      </w:pPr>
      <w:r w:rsidRPr="005F3336">
        <w:rPr>
          <w:lang w:val="cs-CZ"/>
        </w:rPr>
        <w:t xml:space="preserve">Adresa </w:t>
      </w:r>
      <w:r w:rsidR="005F3336">
        <w:rPr>
          <w:lang w:val="cs-CZ"/>
        </w:rPr>
        <w:t xml:space="preserve">nájemce </w:t>
      </w:r>
      <w:r w:rsidRPr="005F3336">
        <w:rPr>
          <w:lang w:val="cs-CZ"/>
        </w:rPr>
        <w:t>pro doručování a kontakt:</w:t>
      </w:r>
    </w:p>
    <w:p w14:paraId="17EB2E56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345D52B7" w14:textId="77777777" w:rsidR="000E55D7" w:rsidRPr="005F3336" w:rsidRDefault="00000000">
      <w:pPr>
        <w:keepNext/>
        <w:spacing w:after="0"/>
        <w:rPr>
          <w:lang w:val="cs-CZ"/>
        </w:rPr>
      </w:pPr>
      <w:r w:rsidRPr="005F3336">
        <w:rPr>
          <w:lang w:val="cs-CZ"/>
        </w:rPr>
        <w:t>Adresa a označení bytu / domu k bydlení:</w:t>
      </w:r>
    </w:p>
    <w:p w14:paraId="7B3B0D2B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237530E5" w14:textId="77777777" w:rsidR="000E55D7" w:rsidRPr="005F3336" w:rsidRDefault="00000000">
      <w:pPr>
        <w:keepNext/>
        <w:spacing w:after="0"/>
        <w:rPr>
          <w:lang w:val="cs-CZ"/>
        </w:rPr>
      </w:pPr>
      <w:r w:rsidRPr="005F3336">
        <w:rPr>
          <w:lang w:val="cs-CZ"/>
        </w:rPr>
        <w:t>Datum nájemní smlouvy a označení dodatků:</w:t>
      </w:r>
    </w:p>
    <w:p w14:paraId="61E187D9" w14:textId="77777777" w:rsidR="000E55D7" w:rsidRPr="005F3336" w:rsidRDefault="00000000">
      <w:pPr>
        <w:spacing w:after="80" w:line="240" w:lineRule="auto"/>
        <w:rPr>
          <w:lang w:val="cs-CZ"/>
        </w:rPr>
      </w:pPr>
      <w:r w:rsidRPr="005F3336">
        <w:rPr>
          <w:lang w:val="cs-CZ"/>
        </w:rPr>
        <w:t>_____________________________________________________________________________</w:t>
      </w:r>
    </w:p>
    <w:p w14:paraId="242574B0" w14:textId="3CC696FE" w:rsidR="000E55D7" w:rsidRPr="005F3336" w:rsidRDefault="00000000">
      <w:pPr>
        <w:pStyle w:val="Nadpis1"/>
        <w:rPr>
          <w:lang w:val="cs-CZ"/>
        </w:rPr>
      </w:pPr>
      <w:r w:rsidRPr="005F3336">
        <w:rPr>
          <w:lang w:val="cs-CZ"/>
        </w:rPr>
        <w:t>Článek 2 - Důvod výpovědi</w:t>
      </w:r>
    </w:p>
    <w:p w14:paraId="4BFA4A25" w14:textId="2B1377D9" w:rsidR="000E55D7" w:rsidRPr="005F3336" w:rsidRDefault="00000000">
      <w:pPr>
        <w:rPr>
          <w:lang w:val="cs-CZ"/>
        </w:rPr>
      </w:pPr>
      <w:sdt>
        <w:sdtPr>
          <w:rPr>
            <w:lang w:val="cs-CZ"/>
          </w:rPr>
          <w:id w:val="-4754497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5F3336">
            <w:rPr>
              <w:rFonts w:ascii="DejaVu Sans" w:hAnsi="DejaVu Sans"/>
              <w:lang w:val="cs-CZ"/>
            </w:rPr>
            <w:t>☐</w:t>
          </w:r>
        </w:sdtContent>
      </w:sdt>
      <w:r w:rsidRPr="005F3336">
        <w:rPr>
          <w:lang w:val="cs-CZ"/>
        </w:rPr>
        <w:t xml:space="preserve"> Nájem na dobu </w:t>
      </w:r>
      <w:r w:rsidR="005F3336" w:rsidRPr="005F3336">
        <w:rPr>
          <w:lang w:val="cs-CZ"/>
        </w:rPr>
        <w:t>neurčitou – výpověď</w:t>
      </w:r>
      <w:r w:rsidRPr="005F3336">
        <w:rPr>
          <w:lang w:val="cs-CZ"/>
        </w:rPr>
        <w:t xml:space="preserve"> bez uvedení důvodu.</w:t>
      </w:r>
    </w:p>
    <w:p w14:paraId="548D4E9E" w14:textId="4736BC79" w:rsidR="005F3336" w:rsidRPr="005F3336" w:rsidRDefault="005F3336">
      <w:pPr>
        <w:rPr>
          <w:lang w:val="cs-CZ"/>
        </w:rPr>
      </w:pPr>
      <w:r>
        <w:rPr>
          <w:lang w:val="cs-CZ"/>
        </w:rPr>
        <w:t>Vypovídám nájem bez udání důvodu ke dni</w:t>
      </w:r>
      <w:r w:rsidRPr="005F3336">
        <w:rPr>
          <w:lang w:val="cs-CZ"/>
        </w:rPr>
        <w:t>__________________</w:t>
      </w:r>
      <w:r>
        <w:rPr>
          <w:lang w:val="cs-CZ"/>
        </w:rPr>
        <w:t>.</w:t>
      </w:r>
    </w:p>
    <w:p w14:paraId="5BFB4ED9" w14:textId="470CF6AF" w:rsidR="000E55D7" w:rsidRPr="005F3336" w:rsidRDefault="00000000">
      <w:pPr>
        <w:rPr>
          <w:lang w:val="cs-CZ"/>
        </w:rPr>
      </w:pPr>
      <w:sdt>
        <w:sdtPr>
          <w:rPr>
            <w:lang w:val="cs-CZ"/>
          </w:rPr>
          <w:id w:val="-18760221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5F3336">
            <w:rPr>
              <w:rFonts w:ascii="DejaVu Sans" w:hAnsi="DejaVu Sans"/>
              <w:lang w:val="cs-CZ"/>
            </w:rPr>
            <w:t>☐</w:t>
          </w:r>
        </w:sdtContent>
      </w:sdt>
      <w:r w:rsidRPr="005F3336">
        <w:rPr>
          <w:lang w:val="cs-CZ"/>
        </w:rPr>
        <w:t xml:space="preserve"> Nájem na dobu </w:t>
      </w:r>
      <w:r w:rsidR="005F3336" w:rsidRPr="005F3336">
        <w:rPr>
          <w:lang w:val="cs-CZ"/>
        </w:rPr>
        <w:t>určitou – změna</w:t>
      </w:r>
      <w:r w:rsidRPr="005F3336">
        <w:rPr>
          <w:lang w:val="cs-CZ"/>
        </w:rPr>
        <w:t xml:space="preserve"> okolností podle § 2287 OZ.</w:t>
      </w:r>
    </w:p>
    <w:p w14:paraId="530CB9C4" w14:textId="77777777" w:rsidR="000E55D7" w:rsidRPr="005F3336" w:rsidRDefault="00000000">
      <w:pPr>
        <w:rPr>
          <w:lang w:val="cs-CZ"/>
        </w:rPr>
      </w:pPr>
      <w:r w:rsidRPr="005F3336">
        <w:rPr>
          <w:lang w:val="cs-CZ"/>
        </w:rPr>
        <w:t>Jako nájemce tímto vypovídám výše uvedený nájem. U doby určité se okolnosti, ze kterých strany při uzavření smlouvy vycházely, změnily natolik, že po mně nelze rozumně požadovat pokračování v nájmu; konkrétní změnu popisuji níže.</w:t>
      </w:r>
    </w:p>
    <w:p w14:paraId="7BAF1E6D" w14:textId="77777777" w:rsidR="005F3336" w:rsidRDefault="005F3336" w:rsidP="005F3336">
      <w:pPr>
        <w:keepNext/>
        <w:spacing w:after="0"/>
        <w:rPr>
          <w:lang w:val="cs-CZ"/>
        </w:rPr>
      </w:pPr>
      <w:r w:rsidRPr="005F3336">
        <w:rPr>
          <w:lang w:val="cs-CZ"/>
        </w:rPr>
        <w:t>Důvod: _</w:t>
      </w:r>
      <w:r w:rsidR="00000000" w:rsidRPr="005F3336">
        <w:rPr>
          <w:lang w:val="cs-CZ"/>
        </w:rPr>
        <w:t>_________________________________________________________________________</w:t>
      </w:r>
    </w:p>
    <w:p w14:paraId="13BA7FD1" w14:textId="77777777" w:rsidR="005F3336" w:rsidRDefault="005F3336" w:rsidP="005F3336">
      <w:pPr>
        <w:keepNext/>
        <w:spacing w:after="0"/>
        <w:rPr>
          <w:lang w:val="cs-CZ"/>
        </w:rPr>
      </w:pPr>
    </w:p>
    <w:p w14:paraId="5D5EFCFD" w14:textId="082F2566" w:rsidR="000E55D7" w:rsidRPr="005F3336" w:rsidRDefault="00000000" w:rsidP="005F3336">
      <w:pPr>
        <w:keepNext/>
        <w:spacing w:after="0"/>
        <w:rPr>
          <w:lang w:val="cs-CZ"/>
        </w:rPr>
      </w:pPr>
      <w:r w:rsidRPr="005F3336">
        <w:rPr>
          <w:b/>
          <w:bCs/>
          <w:lang w:val="cs-CZ"/>
        </w:rPr>
        <w:t>Článek 3 - Výpovědní doba</w:t>
      </w:r>
    </w:p>
    <w:p w14:paraId="201C4DCE" w14:textId="77777777" w:rsidR="000E55D7" w:rsidRPr="005F3336" w:rsidRDefault="00000000">
      <w:pPr>
        <w:rPr>
          <w:lang w:val="cs-CZ"/>
        </w:rPr>
      </w:pPr>
      <w:r w:rsidRPr="005F3336">
        <w:rPr>
          <w:lang w:val="cs-CZ"/>
        </w:rPr>
        <w:t>Výpovědní doba činí tři měsíce. Začíná prvním dnem kalendářního měsíce následujícího po měsíci, v němž tato výpověď dojde pronajímateli. Nájem skončí posledním dnem třetího měsíce výpovědní doby, neskončí-li dříve jiným právním způsobem.</w:t>
      </w:r>
    </w:p>
    <w:p w14:paraId="78E18DC8" w14:textId="77777777" w:rsidR="000E55D7" w:rsidRPr="005F3336" w:rsidRDefault="00000000">
      <w:pPr>
        <w:pStyle w:val="Nadpis1"/>
        <w:rPr>
          <w:lang w:val="cs-CZ"/>
        </w:rPr>
      </w:pPr>
      <w:r w:rsidRPr="005F3336">
        <w:rPr>
          <w:lang w:val="cs-CZ"/>
        </w:rPr>
        <w:t>Článek 4 - Předání a vypořádání</w:t>
      </w:r>
    </w:p>
    <w:p w14:paraId="00092979" w14:textId="77777777" w:rsidR="000E55D7" w:rsidRPr="005F3336" w:rsidRDefault="00000000">
      <w:pPr>
        <w:rPr>
          <w:lang w:val="cs-CZ"/>
        </w:rPr>
      </w:pPr>
      <w:r w:rsidRPr="005F3336">
        <w:rPr>
          <w:lang w:val="cs-CZ"/>
        </w:rPr>
        <w:t>Žádám o domluvení termínu předání vyklizené nemovitosti a všech klíčů nejpozději v den skončení nájmu a sepsání předávacího protokolu. Žádám rovněž o vypořádání jistoty včetně úroků a následné vyúčtování služeb.</w:t>
      </w:r>
    </w:p>
    <w:p w14:paraId="6734AAB9" w14:textId="6C6FAF2A" w:rsidR="000E55D7" w:rsidRPr="005F3336" w:rsidRDefault="00000000" w:rsidP="005F3336">
      <w:pPr>
        <w:keepNext/>
        <w:spacing w:after="0"/>
        <w:rPr>
          <w:lang w:val="cs-CZ"/>
        </w:rPr>
      </w:pPr>
      <w:r w:rsidRPr="005F3336">
        <w:rPr>
          <w:lang w:val="cs-CZ"/>
        </w:rPr>
        <w:t>Navrhovaný termín předání:</w:t>
      </w:r>
      <w:r w:rsidR="005F3336">
        <w:rPr>
          <w:lang w:val="cs-CZ"/>
        </w:rPr>
        <w:t xml:space="preserve"> ___</w:t>
      </w:r>
      <w:r w:rsidRPr="005F3336">
        <w:rPr>
          <w:lang w:val="cs-CZ"/>
        </w:rPr>
        <w:t>___________________________________________________</w:t>
      </w:r>
    </w:p>
    <w:p w14:paraId="6A8675B6" w14:textId="20C1B371" w:rsidR="000E55D7" w:rsidRPr="005F3336" w:rsidRDefault="00000000">
      <w:pPr>
        <w:keepNext/>
        <w:spacing w:after="0"/>
        <w:rPr>
          <w:lang w:val="cs-CZ"/>
        </w:rPr>
      </w:pPr>
      <w:r w:rsidRPr="005F3336">
        <w:rPr>
          <w:lang w:val="cs-CZ"/>
        </w:rPr>
        <w:t>Adresa nájemce pro následné doručování:</w:t>
      </w:r>
      <w:r w:rsidR="005F3336">
        <w:rPr>
          <w:lang w:val="cs-CZ"/>
        </w:rPr>
        <w:t xml:space="preserve"> ___________________________________________</w:t>
      </w:r>
    </w:p>
    <w:p w14:paraId="35A65E61" w14:textId="31037E8E" w:rsidR="000E55D7" w:rsidRPr="005F3336" w:rsidRDefault="00000000" w:rsidP="005F3336">
      <w:pPr>
        <w:keepNext/>
        <w:spacing w:after="0"/>
        <w:rPr>
          <w:lang w:val="cs-CZ"/>
        </w:rPr>
      </w:pPr>
      <w:r w:rsidRPr="005F3336">
        <w:rPr>
          <w:lang w:val="cs-CZ"/>
        </w:rPr>
        <w:t xml:space="preserve">Účet pro vrácení jistoty a </w:t>
      </w:r>
      <w:r w:rsidR="005F3336" w:rsidRPr="005F3336">
        <w:rPr>
          <w:lang w:val="cs-CZ"/>
        </w:rPr>
        <w:t>přeplatků: _</w:t>
      </w:r>
      <w:r w:rsidRPr="005F3336">
        <w:rPr>
          <w:lang w:val="cs-CZ"/>
        </w:rPr>
        <w:t>________________________________________________</w:t>
      </w:r>
    </w:p>
    <w:p w14:paraId="53E65DDD" w14:textId="40977786" w:rsidR="000E55D7" w:rsidRPr="005F3336" w:rsidRDefault="00000000" w:rsidP="005F3336">
      <w:pPr>
        <w:keepNext/>
        <w:spacing w:after="0"/>
        <w:rPr>
          <w:lang w:val="cs-CZ"/>
        </w:rPr>
      </w:pPr>
      <w:r w:rsidRPr="005F3336">
        <w:rPr>
          <w:lang w:val="cs-CZ"/>
        </w:rPr>
        <w:t>Přílohy (zejména doklady změny okolností u doby určité):</w:t>
      </w:r>
      <w:r w:rsidR="005F3336">
        <w:rPr>
          <w:lang w:val="cs-CZ"/>
        </w:rPr>
        <w:t xml:space="preserve"> ____________</w:t>
      </w:r>
      <w:r w:rsidRPr="005F3336">
        <w:rPr>
          <w:lang w:val="cs-CZ"/>
        </w:rPr>
        <w:t>___________________</w:t>
      </w:r>
    </w:p>
    <w:p w14:paraId="1641B3E6" w14:textId="77777777" w:rsidR="005F3336" w:rsidRDefault="005F3336">
      <w:pPr>
        <w:keepNext/>
        <w:spacing w:after="0"/>
        <w:rPr>
          <w:lang w:val="cs-CZ"/>
        </w:rPr>
      </w:pPr>
    </w:p>
    <w:p w14:paraId="02D67404" w14:textId="77777777" w:rsidR="005F3336" w:rsidRDefault="005F3336">
      <w:pPr>
        <w:keepNext/>
        <w:spacing w:after="0"/>
        <w:rPr>
          <w:lang w:val="cs-CZ"/>
        </w:rPr>
      </w:pPr>
    </w:p>
    <w:p w14:paraId="23113AD1" w14:textId="5F0A20A8" w:rsidR="000E55D7" w:rsidRPr="005F3336" w:rsidRDefault="00000000" w:rsidP="005F3336">
      <w:pPr>
        <w:keepNext/>
        <w:spacing w:after="0"/>
        <w:rPr>
          <w:lang w:val="cs-CZ"/>
        </w:rPr>
      </w:pPr>
      <w:r w:rsidRPr="005F3336">
        <w:rPr>
          <w:lang w:val="cs-CZ"/>
        </w:rPr>
        <w:t>Místo a datum:</w:t>
      </w:r>
      <w:r w:rsidR="005F3336">
        <w:rPr>
          <w:lang w:val="cs-CZ"/>
        </w:rPr>
        <w:t xml:space="preserve"> </w:t>
      </w:r>
      <w:r w:rsidRPr="005F3336">
        <w:rPr>
          <w:lang w:val="cs-CZ"/>
        </w:rPr>
        <w:t>_______________________________</w:t>
      </w:r>
    </w:p>
    <w:p w14:paraId="670A276F" w14:textId="5F728AC4" w:rsidR="000E55D7" w:rsidRPr="005F3336" w:rsidRDefault="005F3336" w:rsidP="005F3336">
      <w:pPr>
        <w:rPr>
          <w:lang w:val="cs-CZ"/>
        </w:rPr>
      </w:pPr>
      <w:r>
        <w:rPr>
          <w:lang w:val="cs-CZ"/>
        </w:rPr>
        <w:t>Podpis</w:t>
      </w:r>
      <w:r>
        <w:rPr>
          <w:lang w:val="cs-CZ"/>
        </w:rPr>
        <w:t>: _______</w:t>
      </w:r>
      <w:r w:rsidR="00000000" w:rsidRPr="005F3336">
        <w:rPr>
          <w:lang w:val="cs-CZ"/>
        </w:rPr>
        <w:t>______________________________</w:t>
      </w:r>
    </w:p>
    <w:sectPr w:rsidR="000E55D7" w:rsidRPr="005F3336" w:rsidSect="00034616">
      <w:footerReference w:type="default" r:id="rId8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60138" w14:textId="77777777" w:rsidR="00810C85" w:rsidRDefault="00810C85">
      <w:pPr>
        <w:spacing w:after="0" w:line="240" w:lineRule="auto"/>
      </w:pPr>
      <w:r>
        <w:separator/>
      </w:r>
    </w:p>
  </w:endnote>
  <w:endnote w:type="continuationSeparator" w:id="0">
    <w:p w14:paraId="65BDEE88" w14:textId="77777777" w:rsidR="00810C85" w:rsidRDefault="00810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7E210D" w14:textId="77777777" w:rsidR="000E55D7" w:rsidRDefault="00000000">
    <w:pPr>
      <w:pStyle w:val="Zpat"/>
    </w:pPr>
    <w:r>
      <w:rPr>
        <w:sz w:val="16"/>
      </w:rPr>
      <w:t xml:space="preserve">Filip Karlovský | </w:t>
    </w:r>
    <w:proofErr w:type="spellStart"/>
    <w:r>
      <w:rPr>
        <w:sz w:val="16"/>
      </w:rPr>
      <w:t>Vzor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výpovědi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nájmu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B3B522" w14:textId="77777777" w:rsidR="00810C85" w:rsidRDefault="00810C85">
      <w:pPr>
        <w:spacing w:after="0" w:line="240" w:lineRule="auto"/>
      </w:pPr>
      <w:r>
        <w:separator/>
      </w:r>
    </w:p>
  </w:footnote>
  <w:footnote w:type="continuationSeparator" w:id="0">
    <w:p w14:paraId="518C1EF1" w14:textId="77777777" w:rsidR="00810C85" w:rsidRDefault="00810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1349804">
    <w:abstractNumId w:val="8"/>
  </w:num>
  <w:num w:numId="2" w16cid:durableId="5789624">
    <w:abstractNumId w:val="6"/>
  </w:num>
  <w:num w:numId="3" w16cid:durableId="930090131">
    <w:abstractNumId w:val="5"/>
  </w:num>
  <w:num w:numId="4" w16cid:durableId="782921219">
    <w:abstractNumId w:val="4"/>
  </w:num>
  <w:num w:numId="5" w16cid:durableId="327027757">
    <w:abstractNumId w:val="7"/>
  </w:num>
  <w:num w:numId="6" w16cid:durableId="1623420543">
    <w:abstractNumId w:val="3"/>
  </w:num>
  <w:num w:numId="7" w16cid:durableId="798839564">
    <w:abstractNumId w:val="2"/>
  </w:num>
  <w:num w:numId="8" w16cid:durableId="1510946781">
    <w:abstractNumId w:val="1"/>
  </w:num>
  <w:num w:numId="9" w16cid:durableId="9318220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55D7"/>
    <w:rsid w:val="0015074B"/>
    <w:rsid w:val="0029639D"/>
    <w:rsid w:val="00326F90"/>
    <w:rsid w:val="004D6F24"/>
    <w:rsid w:val="005F3336"/>
    <w:rsid w:val="00810C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4CC9C"/>
  <w14:defaultImageDpi w14:val="300"/>
  <w15:docId w15:val="{C0D0750F-0F91-D440-8D12-E853BE9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227</Words>
  <Characters>2045</Characters>
  <Application>Microsoft Office Word</Application>
  <DocSecurity>0</DocSecurity>
  <Lines>36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nájmu ze strany nájemce</dc:title>
  <dc:subject/>
  <dc:creator>Filip Karlovský</dc:creator>
  <cp:keywords/>
  <dc:description>generated by python-docx</dc:description>
  <cp:lastModifiedBy>Filip Karlovsky</cp:lastModifiedBy>
  <cp:revision>2</cp:revision>
  <dcterms:created xsi:type="dcterms:W3CDTF">2013-12-23T23:15:00Z</dcterms:created>
  <dcterms:modified xsi:type="dcterms:W3CDTF">2026-09-21T11:43:00Z</dcterms:modified>
  <cp:category/>
</cp:coreProperties>
</file>