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431CE2" w14:textId="77777777" w:rsidR="00F857B5" w:rsidRPr="00F9451E" w:rsidRDefault="00000000">
      <w:pPr>
        <w:pStyle w:val="Nzev"/>
        <w:jc w:val="center"/>
        <w:rPr>
          <w:lang w:val="cs-CZ"/>
        </w:rPr>
      </w:pPr>
      <w:r w:rsidRPr="00F9451E">
        <w:rPr>
          <w:lang w:val="cs-CZ"/>
        </w:rPr>
        <w:t>Dohoda o ukončení nájmu</w:t>
      </w:r>
    </w:p>
    <w:p w14:paraId="5DB7D7F3" w14:textId="77777777" w:rsidR="00F857B5" w:rsidRPr="00F9451E" w:rsidRDefault="00000000">
      <w:pPr>
        <w:pStyle w:val="Nadpis1"/>
        <w:rPr>
          <w:lang w:val="cs-CZ"/>
        </w:rPr>
      </w:pPr>
      <w:r w:rsidRPr="00F9451E">
        <w:rPr>
          <w:lang w:val="cs-CZ"/>
        </w:rPr>
        <w:t>Článek 1 - Smluvní strany a předmět nájmu</w:t>
      </w:r>
    </w:p>
    <w:p w14:paraId="084C4398" w14:textId="72A68C52" w:rsidR="00F857B5" w:rsidRPr="00F9451E" w:rsidRDefault="00F9451E" w:rsidP="00F9451E">
      <w:pPr>
        <w:keepNext/>
        <w:spacing w:after="0"/>
        <w:rPr>
          <w:lang w:val="cs-CZ"/>
        </w:rPr>
      </w:pPr>
      <w:r w:rsidRPr="00F9451E">
        <w:rPr>
          <w:lang w:val="cs-CZ"/>
        </w:rPr>
        <w:t>Pronajímatel – jméno</w:t>
      </w:r>
      <w:r w:rsidR="00000000" w:rsidRPr="00F9451E">
        <w:rPr>
          <w:lang w:val="cs-CZ"/>
        </w:rPr>
        <w:t xml:space="preserve"> / název, datum narození / IČO:</w:t>
      </w:r>
      <w:r w:rsidRPr="00F9451E">
        <w:rPr>
          <w:lang w:val="cs-CZ"/>
        </w:rPr>
        <w:t xml:space="preserve"> </w:t>
      </w:r>
      <w:r w:rsidR="00000000" w:rsidRPr="00F9451E">
        <w:rPr>
          <w:lang w:val="cs-CZ"/>
        </w:rPr>
        <w:t>____________________________________________</w:t>
      </w:r>
    </w:p>
    <w:p w14:paraId="0A47A249" w14:textId="71895DD2" w:rsidR="00F857B5" w:rsidRPr="00F9451E" w:rsidRDefault="00000000" w:rsidP="00F9451E">
      <w:pPr>
        <w:keepNext/>
        <w:spacing w:after="0"/>
        <w:rPr>
          <w:lang w:val="cs-CZ"/>
        </w:rPr>
      </w:pPr>
      <w:r w:rsidRPr="00F9451E">
        <w:rPr>
          <w:lang w:val="cs-CZ"/>
        </w:rPr>
        <w:t xml:space="preserve">Adresa a </w:t>
      </w:r>
      <w:r w:rsidR="00F9451E" w:rsidRPr="00F9451E">
        <w:rPr>
          <w:lang w:val="cs-CZ"/>
        </w:rPr>
        <w:t>kontakt: ________</w:t>
      </w:r>
      <w:r w:rsidRPr="00F9451E">
        <w:rPr>
          <w:lang w:val="cs-CZ"/>
        </w:rPr>
        <w:t>_______________________________________________________________</w:t>
      </w:r>
    </w:p>
    <w:p w14:paraId="4A855245" w14:textId="746EB9C0" w:rsidR="00F857B5" w:rsidRPr="00F9451E" w:rsidRDefault="00F9451E" w:rsidP="00F9451E">
      <w:pPr>
        <w:keepNext/>
        <w:spacing w:after="0"/>
        <w:rPr>
          <w:lang w:val="cs-CZ"/>
        </w:rPr>
      </w:pPr>
      <w:r w:rsidRPr="00F9451E">
        <w:rPr>
          <w:lang w:val="cs-CZ"/>
        </w:rPr>
        <w:t>Nájemce – jméno</w:t>
      </w:r>
      <w:r w:rsidR="00000000" w:rsidRPr="00F9451E">
        <w:rPr>
          <w:lang w:val="cs-CZ"/>
        </w:rPr>
        <w:t xml:space="preserve"> a příjmení, datum narození:</w:t>
      </w:r>
      <w:r w:rsidRPr="00F9451E">
        <w:rPr>
          <w:lang w:val="cs-CZ"/>
        </w:rPr>
        <w:t xml:space="preserve"> </w:t>
      </w:r>
      <w:r w:rsidR="00000000" w:rsidRPr="00F9451E">
        <w:rPr>
          <w:lang w:val="cs-CZ"/>
        </w:rPr>
        <w:t>_________________________________________________</w:t>
      </w:r>
    </w:p>
    <w:p w14:paraId="03241A40" w14:textId="3DE14863" w:rsidR="00F857B5" w:rsidRPr="00F9451E" w:rsidRDefault="00000000" w:rsidP="00F9451E">
      <w:pPr>
        <w:keepNext/>
        <w:spacing w:after="0"/>
        <w:rPr>
          <w:lang w:val="cs-CZ"/>
        </w:rPr>
      </w:pPr>
      <w:r w:rsidRPr="00F9451E">
        <w:rPr>
          <w:lang w:val="cs-CZ"/>
        </w:rPr>
        <w:t xml:space="preserve">Adresa a </w:t>
      </w:r>
      <w:r w:rsidR="00F9451E" w:rsidRPr="00F9451E">
        <w:rPr>
          <w:lang w:val="cs-CZ"/>
        </w:rPr>
        <w:t>kontakt: ________</w:t>
      </w:r>
      <w:r w:rsidRPr="00F9451E">
        <w:rPr>
          <w:lang w:val="cs-CZ"/>
        </w:rPr>
        <w:t>_______________________________________________________________</w:t>
      </w:r>
    </w:p>
    <w:p w14:paraId="1B0FAD71" w14:textId="77777777" w:rsidR="00F857B5" w:rsidRPr="00F9451E" w:rsidRDefault="00000000">
      <w:pPr>
        <w:keepNext/>
        <w:spacing w:after="0"/>
        <w:rPr>
          <w:lang w:val="cs-CZ"/>
        </w:rPr>
      </w:pPr>
      <w:r w:rsidRPr="00F9451E">
        <w:rPr>
          <w:lang w:val="cs-CZ"/>
        </w:rPr>
        <w:t>Adresa a označení bytu / domu k bydlení, včetně příslušenství:</w:t>
      </w:r>
    </w:p>
    <w:p w14:paraId="437D97A1" w14:textId="21D2F0EF" w:rsidR="00F857B5" w:rsidRPr="00F9451E" w:rsidRDefault="00000000">
      <w:pPr>
        <w:spacing w:after="80" w:line="240" w:lineRule="auto"/>
        <w:rPr>
          <w:lang w:val="cs-CZ"/>
        </w:rPr>
      </w:pPr>
      <w:r w:rsidRPr="00F9451E">
        <w:rPr>
          <w:lang w:val="cs-CZ"/>
        </w:rPr>
        <w:t>_______________________________________________</w:t>
      </w:r>
      <w:r w:rsidR="00F9451E" w:rsidRPr="00F9451E">
        <w:rPr>
          <w:lang w:val="cs-CZ"/>
        </w:rPr>
        <w:t>________</w:t>
      </w:r>
      <w:r w:rsidRPr="00F9451E">
        <w:rPr>
          <w:lang w:val="cs-CZ"/>
        </w:rPr>
        <w:t>______________________________</w:t>
      </w:r>
    </w:p>
    <w:p w14:paraId="442EC238" w14:textId="74A3EEC4" w:rsidR="00F857B5" w:rsidRPr="00F9451E" w:rsidRDefault="00000000">
      <w:pPr>
        <w:spacing w:after="80" w:line="240" w:lineRule="auto"/>
        <w:rPr>
          <w:lang w:val="cs-CZ"/>
        </w:rPr>
      </w:pPr>
      <w:r w:rsidRPr="00F9451E">
        <w:rPr>
          <w:lang w:val="cs-CZ"/>
        </w:rPr>
        <w:t>_______________________________________</w:t>
      </w:r>
      <w:r w:rsidR="00F9451E" w:rsidRPr="00F9451E">
        <w:rPr>
          <w:lang w:val="cs-CZ"/>
        </w:rPr>
        <w:t>________</w:t>
      </w:r>
      <w:r w:rsidRPr="00F9451E">
        <w:rPr>
          <w:lang w:val="cs-CZ"/>
        </w:rPr>
        <w:t>______________________________________</w:t>
      </w:r>
    </w:p>
    <w:p w14:paraId="67A195B5" w14:textId="4E41F9C4" w:rsidR="00F857B5" w:rsidRPr="00F9451E" w:rsidRDefault="00000000" w:rsidP="00F9451E">
      <w:pPr>
        <w:keepNext/>
        <w:spacing w:after="0"/>
        <w:rPr>
          <w:lang w:val="cs-CZ"/>
        </w:rPr>
      </w:pPr>
      <w:r w:rsidRPr="00F9451E">
        <w:rPr>
          <w:lang w:val="cs-CZ"/>
        </w:rPr>
        <w:t>Datum nájemní smlouvy a označení dodatků:</w:t>
      </w:r>
      <w:r w:rsidR="00F9451E" w:rsidRPr="00F9451E">
        <w:rPr>
          <w:lang w:val="cs-CZ"/>
        </w:rPr>
        <w:t xml:space="preserve"> ___</w:t>
      </w:r>
      <w:r w:rsidRPr="00F9451E">
        <w:rPr>
          <w:lang w:val="cs-CZ"/>
        </w:rPr>
        <w:t>______________________________________________</w:t>
      </w:r>
    </w:p>
    <w:p w14:paraId="7C53AE24" w14:textId="77777777" w:rsidR="00F9451E" w:rsidRPr="00F9451E" w:rsidRDefault="00F9451E">
      <w:pPr>
        <w:rPr>
          <w:lang w:val="cs-CZ"/>
        </w:rPr>
      </w:pPr>
    </w:p>
    <w:p w14:paraId="63414713" w14:textId="4E89E64A" w:rsidR="00F9451E" w:rsidRPr="00F9451E" w:rsidRDefault="00000000" w:rsidP="00F9451E">
      <w:pPr>
        <w:rPr>
          <w:b/>
          <w:bCs/>
          <w:lang w:val="cs-CZ"/>
        </w:rPr>
      </w:pPr>
      <w:r w:rsidRPr="00F9451E">
        <w:rPr>
          <w:b/>
          <w:bCs/>
          <w:lang w:val="cs-CZ"/>
        </w:rPr>
        <w:t>Pronajímatel a nájemce se dohodli na ukončení výše označeného nájmu za následujících podmínek.</w:t>
      </w:r>
    </w:p>
    <w:p w14:paraId="3CAEBD2F" w14:textId="314C9D74" w:rsidR="00F857B5" w:rsidRPr="00F9451E" w:rsidRDefault="00000000">
      <w:pPr>
        <w:pStyle w:val="Nadpis1"/>
        <w:rPr>
          <w:lang w:val="cs-CZ"/>
        </w:rPr>
      </w:pPr>
      <w:r w:rsidRPr="00F9451E">
        <w:rPr>
          <w:lang w:val="cs-CZ"/>
        </w:rPr>
        <w:t>Článek 2 - Skončení nájmu</w:t>
      </w:r>
    </w:p>
    <w:p w14:paraId="0CB2B611" w14:textId="5CB3773C" w:rsidR="00F857B5" w:rsidRPr="00F9451E" w:rsidRDefault="00000000" w:rsidP="00F9451E">
      <w:pPr>
        <w:keepNext/>
        <w:spacing w:after="0"/>
        <w:rPr>
          <w:lang w:val="cs-CZ"/>
        </w:rPr>
      </w:pPr>
      <w:r w:rsidRPr="00F9451E">
        <w:rPr>
          <w:lang w:val="cs-CZ"/>
        </w:rPr>
        <w:t xml:space="preserve">Nájem skončí </w:t>
      </w:r>
      <w:r w:rsidR="00F9451E" w:rsidRPr="00F9451E">
        <w:rPr>
          <w:lang w:val="cs-CZ"/>
        </w:rPr>
        <w:t xml:space="preserve">dne </w:t>
      </w:r>
      <w:r w:rsidRPr="00F9451E">
        <w:rPr>
          <w:lang w:val="cs-CZ"/>
        </w:rPr>
        <w:t>________________</w:t>
      </w:r>
    </w:p>
    <w:p w14:paraId="6528E7CE" w14:textId="77777777" w:rsidR="00F857B5" w:rsidRPr="00F9451E" w:rsidRDefault="00000000">
      <w:pPr>
        <w:pStyle w:val="Nadpis1"/>
        <w:rPr>
          <w:lang w:val="cs-CZ"/>
        </w:rPr>
      </w:pPr>
      <w:r w:rsidRPr="00F9451E">
        <w:rPr>
          <w:lang w:val="cs-CZ"/>
        </w:rPr>
        <w:t>Článek 3 - Předání nemovitosti</w:t>
      </w:r>
    </w:p>
    <w:p w14:paraId="7211DDB9" w14:textId="1C85B0C8" w:rsidR="00F857B5" w:rsidRPr="00F9451E" w:rsidRDefault="00000000" w:rsidP="00A26C9B">
      <w:pPr>
        <w:keepNext/>
        <w:spacing w:after="0"/>
        <w:rPr>
          <w:lang w:val="cs-CZ"/>
        </w:rPr>
      </w:pPr>
      <w:r w:rsidRPr="00F9451E">
        <w:rPr>
          <w:lang w:val="cs-CZ"/>
        </w:rPr>
        <w:t>Datum a čas předání vyklizené nemovitosti a všech klíčů:</w:t>
      </w:r>
      <w:r w:rsidR="00A26C9B">
        <w:rPr>
          <w:lang w:val="cs-CZ"/>
        </w:rPr>
        <w:t xml:space="preserve"> </w:t>
      </w:r>
      <w:r w:rsidRPr="00F9451E">
        <w:rPr>
          <w:lang w:val="cs-CZ"/>
        </w:rPr>
        <w:t>_______________________________________</w:t>
      </w:r>
    </w:p>
    <w:p w14:paraId="3273E497" w14:textId="2E426038" w:rsidR="00F857B5" w:rsidRPr="00F9451E" w:rsidRDefault="00000000">
      <w:pPr>
        <w:rPr>
          <w:lang w:val="cs-CZ"/>
        </w:rPr>
      </w:pPr>
      <w:r w:rsidRPr="00F9451E">
        <w:rPr>
          <w:lang w:val="cs-CZ"/>
        </w:rPr>
        <w:t xml:space="preserve">O předání strany </w:t>
      </w:r>
      <w:r w:rsidR="00F9451E" w:rsidRPr="00F9451E">
        <w:rPr>
          <w:lang w:val="cs-CZ"/>
        </w:rPr>
        <w:t>sepíšou</w:t>
      </w:r>
      <w:r w:rsidRPr="00F9451E">
        <w:rPr>
          <w:lang w:val="cs-CZ"/>
        </w:rPr>
        <w:t xml:space="preserve"> předávací protokol. Zaznamenají stav nemovitosti a vybavení, případné vady, stavy měřidel a počet předaných klíčů či čipů. Při posouzení stavu se zohlední běžné opotřebení a vady, které je povinen odstranit pronajímatel.</w:t>
      </w:r>
    </w:p>
    <w:p w14:paraId="58FFAAA3" w14:textId="2D8DB44D" w:rsidR="00F9451E" w:rsidRPr="00F9451E" w:rsidRDefault="00F9451E" w:rsidP="00F9451E">
      <w:pPr>
        <w:rPr>
          <w:lang w:val="cs-CZ"/>
        </w:rPr>
      </w:pPr>
      <w:r w:rsidRPr="00F9451E">
        <w:rPr>
          <w:lang w:val="cs-CZ"/>
        </w:rPr>
        <w:t>Strany se dohodly</w:t>
      </w:r>
      <w:r>
        <w:rPr>
          <w:lang w:val="cs-CZ"/>
        </w:rPr>
        <w:t>, že</w:t>
      </w:r>
      <w:r w:rsidRPr="00F9451E">
        <w:rPr>
          <w:lang w:val="cs-CZ"/>
        </w:rPr>
        <w:t xml:space="preserve"> </w:t>
      </w:r>
      <w:r>
        <w:rPr>
          <w:lang w:val="cs-CZ"/>
        </w:rPr>
        <w:t xml:space="preserve">nájemce </w:t>
      </w:r>
      <w:r w:rsidRPr="00F9451E">
        <w:rPr>
          <w:lang w:val="cs-CZ"/>
        </w:rPr>
        <w:t>ke dni předání nemovitosti</w:t>
      </w:r>
      <w:r>
        <w:rPr>
          <w:lang w:val="cs-CZ"/>
        </w:rPr>
        <w:t>:</w:t>
      </w:r>
    </w:p>
    <w:p w14:paraId="372DA485" w14:textId="435C747E" w:rsidR="00F9451E" w:rsidRPr="00F9451E" w:rsidRDefault="00F9451E" w:rsidP="00F9451E">
      <w:pPr>
        <w:rPr>
          <w:lang w:val="cs-CZ"/>
        </w:rPr>
      </w:pPr>
      <w:sdt>
        <w:sdtPr>
          <w:rPr>
            <w:lang w:val="cs-CZ"/>
          </w:rPr>
          <w:id w:val="-127963898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Pr="00F9451E">
            <w:rPr>
              <w:rFonts w:ascii="DejaVu Sans" w:hAnsi="DejaVu Sans"/>
              <w:lang w:val="cs-CZ"/>
            </w:rPr>
            <w:t>☐</w:t>
          </w:r>
        </w:sdtContent>
      </w:sdt>
      <w:r w:rsidRPr="00F9451E">
        <w:rPr>
          <w:lang w:val="cs-CZ"/>
        </w:rPr>
        <w:t xml:space="preserve"> vymalovat __________________ </w:t>
      </w:r>
      <w:sdt>
        <w:sdtPr>
          <w:rPr>
            <w:lang w:val="cs-CZ"/>
          </w:rPr>
          <w:id w:val="-111621953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Pr="00F9451E">
            <w:rPr>
              <w:rFonts w:ascii="DejaVu Sans" w:hAnsi="DejaVu Sans"/>
              <w:lang w:val="cs-CZ"/>
            </w:rPr>
            <w:t>☐</w:t>
          </w:r>
        </w:sdtContent>
      </w:sdt>
      <w:r w:rsidRPr="00F9451E">
        <w:rPr>
          <w:lang w:val="cs-CZ"/>
        </w:rPr>
        <w:t xml:space="preserve"> opravit ________________  </w:t>
      </w:r>
    </w:p>
    <w:p w14:paraId="1A81131D" w14:textId="6BF2188E" w:rsidR="00F9451E" w:rsidRPr="00F9451E" w:rsidRDefault="00F9451E" w:rsidP="00F9451E">
      <w:pPr>
        <w:rPr>
          <w:lang w:val="cs-CZ"/>
        </w:rPr>
      </w:pPr>
      <w:r w:rsidRPr="00F9451E">
        <w:rPr>
          <w:lang w:val="cs-CZ"/>
        </w:rPr>
        <w:t xml:space="preserve">majetek nájemce </w:t>
      </w:r>
      <w:sdt>
        <w:sdtPr>
          <w:rPr>
            <w:lang w:val="cs-CZ"/>
          </w:rPr>
          <w:id w:val="-174540753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Pr="00F9451E">
            <w:rPr>
              <w:rFonts w:ascii="DejaVu Sans" w:hAnsi="DejaVu Sans"/>
              <w:lang w:val="cs-CZ"/>
            </w:rPr>
            <w:t>☐</w:t>
          </w:r>
        </w:sdtContent>
      </w:sdt>
      <w:r w:rsidRPr="00F9451E">
        <w:rPr>
          <w:lang w:val="cs-CZ"/>
        </w:rPr>
        <w:t xml:space="preserve"> odstranit </w:t>
      </w:r>
      <w:sdt>
        <w:sdtPr>
          <w:rPr>
            <w:lang w:val="cs-CZ"/>
          </w:rPr>
          <w:id w:val="37204843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Pr="00F9451E">
            <w:rPr>
              <w:rFonts w:ascii="DejaVu Sans" w:hAnsi="DejaVu Sans"/>
              <w:lang w:val="cs-CZ"/>
            </w:rPr>
            <w:t>☐</w:t>
          </w:r>
        </w:sdtContent>
      </w:sdt>
      <w:r w:rsidRPr="00F9451E">
        <w:rPr>
          <w:lang w:val="cs-CZ"/>
        </w:rPr>
        <w:t xml:space="preserve"> zanechat ________________________________ za ________________ Kč</w:t>
      </w:r>
    </w:p>
    <w:p w14:paraId="75F9DEDD" w14:textId="1151A40E" w:rsidR="00F9451E" w:rsidRPr="00F9451E" w:rsidRDefault="00F9451E" w:rsidP="00F9451E">
      <w:pPr>
        <w:rPr>
          <w:lang w:val="cs-CZ"/>
        </w:rPr>
      </w:pPr>
      <w:sdt>
        <w:sdtPr>
          <w:rPr>
            <w:lang w:val="cs-CZ"/>
          </w:rPr>
          <w:id w:val="-209231206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Pr="00F9451E">
            <w:rPr>
              <w:rFonts w:ascii="DejaVu Sans" w:hAnsi="DejaVu Sans"/>
              <w:lang w:val="cs-CZ"/>
            </w:rPr>
            <w:t>☐</w:t>
          </w:r>
        </w:sdtContent>
      </w:sdt>
      <w:r w:rsidRPr="00F9451E">
        <w:rPr>
          <w:lang w:val="cs-CZ"/>
        </w:rPr>
        <w:t xml:space="preserve"> jiné _________________________________________________________________________________</w:t>
      </w:r>
    </w:p>
    <w:p w14:paraId="37865615" w14:textId="4BA1D54F" w:rsidR="00F857B5" w:rsidRPr="00F9451E" w:rsidRDefault="00000000" w:rsidP="00F9451E">
      <w:pPr>
        <w:rPr>
          <w:b/>
          <w:bCs/>
          <w:lang w:val="cs-CZ"/>
        </w:rPr>
      </w:pPr>
      <w:r w:rsidRPr="00F9451E">
        <w:rPr>
          <w:b/>
          <w:bCs/>
          <w:lang w:val="cs-CZ"/>
        </w:rPr>
        <w:t>Článek 4 - Nájemné a služby</w:t>
      </w:r>
    </w:p>
    <w:p w14:paraId="7C55B204" w14:textId="77777777" w:rsidR="00F857B5" w:rsidRPr="00F9451E" w:rsidRDefault="00000000">
      <w:pPr>
        <w:rPr>
          <w:lang w:val="cs-CZ"/>
        </w:rPr>
      </w:pPr>
      <w:r w:rsidRPr="00F9451E">
        <w:rPr>
          <w:lang w:val="cs-CZ"/>
        </w:rPr>
        <w:t>Konečné vyúčtování služeb za dobu nájmu proběhne v zákonných lhůtách. Právo na přeplatky a povinnost zaplatit oprávněné nedoplatky zůstávají zachovány i po skončení nájmu.</w:t>
      </w:r>
    </w:p>
    <w:p w14:paraId="7E9B3411" w14:textId="77777777" w:rsidR="00F857B5" w:rsidRPr="00F9451E" w:rsidRDefault="00000000">
      <w:pPr>
        <w:pStyle w:val="Nadpis1"/>
        <w:rPr>
          <w:lang w:val="cs-CZ"/>
        </w:rPr>
      </w:pPr>
      <w:r w:rsidRPr="00F9451E">
        <w:rPr>
          <w:lang w:val="cs-CZ"/>
        </w:rPr>
        <w:t>Článek 5 - Jistota a její vypořádání</w:t>
      </w:r>
    </w:p>
    <w:p w14:paraId="07D48A79" w14:textId="705B16DF" w:rsidR="00F857B5" w:rsidRPr="00F9451E" w:rsidRDefault="00000000">
      <w:pPr>
        <w:rPr>
          <w:lang w:val="cs-CZ"/>
        </w:rPr>
      </w:pPr>
      <w:sdt>
        <w:sdtPr>
          <w:rPr>
            <w:lang w:val="cs-CZ"/>
          </w:rPr>
          <w:id w:val="-51654104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="00F9451E" w:rsidRPr="00F9451E">
            <w:rPr>
              <w:rFonts w:ascii="DejaVu Sans" w:hAnsi="DejaVu Sans"/>
              <w:lang w:val="cs-CZ"/>
            </w:rPr>
            <w:t>☐</w:t>
          </w:r>
        </w:sdtContent>
      </w:sdt>
      <w:r w:rsidRPr="00F9451E">
        <w:rPr>
          <w:lang w:val="cs-CZ"/>
        </w:rPr>
        <w:t xml:space="preserve"> Jistota nebyla složena.</w:t>
      </w:r>
      <w:r w:rsidR="00F9451E" w:rsidRPr="00F9451E">
        <w:rPr>
          <w:lang w:val="cs-CZ"/>
        </w:rPr>
        <w:t xml:space="preserve"> </w:t>
      </w:r>
      <w:sdt>
        <w:sdtPr>
          <w:rPr>
            <w:lang w:val="cs-CZ"/>
          </w:rPr>
          <w:id w:val="26534740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="00F9451E">
            <w:rPr>
              <w:rFonts w:ascii="DejaVu Sans" w:hAnsi="DejaVu Sans"/>
              <w:lang w:val="cs-CZ"/>
            </w:rPr>
            <w:t>☐</w:t>
          </w:r>
        </w:sdtContent>
      </w:sdt>
      <w:r w:rsidRPr="00F9451E">
        <w:rPr>
          <w:lang w:val="cs-CZ"/>
        </w:rPr>
        <w:t xml:space="preserve"> Jistota byla složena ve výši __________________________ Kč.</w:t>
      </w:r>
    </w:p>
    <w:p w14:paraId="7FD0ED77" w14:textId="77777777" w:rsidR="00F857B5" w:rsidRPr="00F9451E" w:rsidRDefault="00000000">
      <w:pPr>
        <w:rPr>
          <w:lang w:val="cs-CZ"/>
        </w:rPr>
      </w:pPr>
      <w:r w:rsidRPr="00F9451E">
        <w:rPr>
          <w:lang w:val="cs-CZ"/>
        </w:rPr>
        <w:t>Při skončení nájmu pronajímatel vrátí složenou jistotu po započtení existujících způsobilých pohledávek z nájmu, které nájemci konkrétně vyčíslí a oznámí. Nájemci náleží také úroky z jistoty alespoň ve výši zákonné sazby. Budoucí dosud nevyčíslené vyúčtování služeb samo o sobě není důvodem k zadržení celé jistoty.</w:t>
      </w:r>
    </w:p>
    <w:p w14:paraId="0D32E033" w14:textId="77777777" w:rsidR="00F857B5" w:rsidRPr="00F9451E" w:rsidRDefault="00000000">
      <w:pPr>
        <w:keepNext/>
        <w:spacing w:after="0"/>
        <w:rPr>
          <w:lang w:val="cs-CZ"/>
        </w:rPr>
      </w:pPr>
      <w:r w:rsidRPr="00F9451E">
        <w:rPr>
          <w:lang w:val="cs-CZ"/>
        </w:rPr>
        <w:t>Konkrétní započítávané pohledávky a částky (nejsou-li, uveďte „žádné“):</w:t>
      </w:r>
    </w:p>
    <w:p w14:paraId="73CFC2A4" w14:textId="77777777" w:rsidR="00F857B5" w:rsidRPr="00F9451E" w:rsidRDefault="00000000">
      <w:pPr>
        <w:spacing w:after="80" w:line="240" w:lineRule="auto"/>
        <w:rPr>
          <w:lang w:val="cs-CZ"/>
        </w:rPr>
      </w:pPr>
      <w:r w:rsidRPr="00F9451E">
        <w:rPr>
          <w:lang w:val="cs-CZ"/>
        </w:rPr>
        <w:t>_____________________________________________________________________________</w:t>
      </w:r>
    </w:p>
    <w:p w14:paraId="6A241869" w14:textId="1D63C625" w:rsidR="00F857B5" w:rsidRPr="00F9451E" w:rsidRDefault="00000000" w:rsidP="00F9451E">
      <w:pPr>
        <w:keepNext/>
        <w:spacing w:after="0"/>
        <w:rPr>
          <w:lang w:val="cs-CZ"/>
        </w:rPr>
      </w:pPr>
      <w:r w:rsidRPr="00F9451E">
        <w:rPr>
          <w:lang w:val="cs-CZ"/>
        </w:rPr>
        <w:t>Úroky z jistoty:</w:t>
      </w:r>
      <w:r w:rsidR="00F9451E" w:rsidRPr="00F9451E">
        <w:rPr>
          <w:lang w:val="cs-CZ"/>
        </w:rPr>
        <w:t xml:space="preserve"> </w:t>
      </w:r>
      <w:r w:rsidRPr="00F9451E">
        <w:rPr>
          <w:lang w:val="cs-CZ"/>
        </w:rPr>
        <w:t>_______________________________</w:t>
      </w:r>
    </w:p>
    <w:p w14:paraId="1A3126A6" w14:textId="040F5EB1" w:rsidR="00F857B5" w:rsidRPr="00F9451E" w:rsidRDefault="00000000" w:rsidP="00F9451E">
      <w:pPr>
        <w:keepNext/>
        <w:spacing w:after="0"/>
        <w:rPr>
          <w:lang w:val="cs-CZ"/>
        </w:rPr>
      </w:pPr>
      <w:r w:rsidRPr="00F9451E">
        <w:rPr>
          <w:lang w:val="cs-CZ"/>
        </w:rPr>
        <w:t>Účet nájemce pro vrácení jistoty a přeplatků:</w:t>
      </w:r>
      <w:r w:rsidR="00F9451E" w:rsidRPr="00F9451E">
        <w:rPr>
          <w:lang w:val="cs-CZ"/>
        </w:rPr>
        <w:t xml:space="preserve"> </w:t>
      </w:r>
      <w:r w:rsidRPr="00F9451E">
        <w:rPr>
          <w:lang w:val="cs-CZ"/>
        </w:rPr>
        <w:t>_________________________________________</w:t>
      </w:r>
    </w:p>
    <w:p w14:paraId="6AA46646" w14:textId="77777777" w:rsidR="00F857B5" w:rsidRPr="00F9451E" w:rsidRDefault="00000000">
      <w:pPr>
        <w:pStyle w:val="Nadpis1"/>
        <w:rPr>
          <w:lang w:val="cs-CZ"/>
        </w:rPr>
      </w:pPr>
      <w:r w:rsidRPr="00F9451E">
        <w:rPr>
          <w:lang w:val="cs-CZ"/>
        </w:rPr>
        <w:t>Článek 6 - Další ujednání</w:t>
      </w:r>
    </w:p>
    <w:p w14:paraId="21CECC59" w14:textId="288D06A1" w:rsidR="00F857B5" w:rsidRPr="00F9451E" w:rsidRDefault="00000000" w:rsidP="00F9451E">
      <w:pPr>
        <w:keepNext/>
        <w:spacing w:after="0"/>
        <w:rPr>
          <w:lang w:val="cs-CZ"/>
        </w:rPr>
      </w:pPr>
      <w:r w:rsidRPr="00F9451E">
        <w:rPr>
          <w:lang w:val="cs-CZ"/>
        </w:rPr>
        <w:t>Adresa nájemce pro následné vyúčtování a doručování:</w:t>
      </w:r>
      <w:r w:rsidR="00F9451E" w:rsidRPr="00F9451E">
        <w:rPr>
          <w:lang w:val="cs-CZ"/>
        </w:rPr>
        <w:t xml:space="preserve"> </w:t>
      </w:r>
      <w:r w:rsidRPr="00F9451E">
        <w:rPr>
          <w:lang w:val="cs-CZ"/>
        </w:rPr>
        <w:t>_________________________________</w:t>
      </w:r>
    </w:p>
    <w:p w14:paraId="0541098D" w14:textId="705D2652" w:rsidR="00F857B5" w:rsidRPr="00F9451E" w:rsidRDefault="00000000" w:rsidP="00F9451E">
      <w:pPr>
        <w:keepNext/>
        <w:spacing w:after="0"/>
        <w:rPr>
          <w:lang w:val="cs-CZ"/>
        </w:rPr>
      </w:pPr>
      <w:r w:rsidRPr="00F9451E">
        <w:rPr>
          <w:lang w:val="cs-CZ"/>
        </w:rPr>
        <w:t>Další ujednání nebo přílohy této dohody:</w:t>
      </w:r>
      <w:r w:rsidR="00F9451E" w:rsidRPr="00F9451E">
        <w:rPr>
          <w:lang w:val="cs-CZ"/>
        </w:rPr>
        <w:t xml:space="preserve"> ___________</w:t>
      </w:r>
      <w:r w:rsidRPr="00F9451E">
        <w:rPr>
          <w:lang w:val="cs-CZ"/>
        </w:rPr>
        <w:t>__________________________________</w:t>
      </w:r>
    </w:p>
    <w:p w14:paraId="2B181E0C" w14:textId="77777777" w:rsidR="00F857B5" w:rsidRPr="00F9451E" w:rsidRDefault="00000000">
      <w:pPr>
        <w:rPr>
          <w:lang w:val="cs-CZ"/>
        </w:rPr>
      </w:pPr>
      <w:r w:rsidRPr="00F9451E">
        <w:rPr>
          <w:lang w:val="cs-CZ"/>
        </w:rPr>
        <w:t>Touto dohodou nezanikají dosud nevypořádané nároky z nájmu, pokud strany výslovně nesjednají jinak. Každá strana obdrží jedno podepsané vyhotovení. Strany potvrzují, že si dohodu přečetly, rozumí jí a souhlasí s jejím obsahem.</w:t>
      </w:r>
    </w:p>
    <w:p w14:paraId="57457232" w14:textId="77777777" w:rsidR="00F857B5" w:rsidRPr="00F9451E" w:rsidRDefault="00000000">
      <w:pPr>
        <w:pStyle w:val="Nadpis1"/>
        <w:rPr>
          <w:lang w:val="cs-CZ"/>
        </w:rPr>
      </w:pPr>
      <w:r w:rsidRPr="00F9451E">
        <w:rPr>
          <w:lang w:val="cs-CZ"/>
        </w:rPr>
        <w:t>Článek 7 - Podpisy</w:t>
      </w:r>
    </w:p>
    <w:p w14:paraId="538CBFDB" w14:textId="05C1B482" w:rsidR="00F857B5" w:rsidRPr="00F9451E" w:rsidRDefault="00000000" w:rsidP="00F9451E">
      <w:pPr>
        <w:keepNext/>
        <w:spacing w:after="0"/>
        <w:rPr>
          <w:lang w:val="cs-CZ"/>
        </w:rPr>
      </w:pPr>
      <w:r w:rsidRPr="00F9451E">
        <w:rPr>
          <w:lang w:val="cs-CZ"/>
        </w:rPr>
        <w:t>Místo a datum uzavření dohody:</w:t>
      </w:r>
      <w:r w:rsidR="00F9451E" w:rsidRPr="00F9451E">
        <w:rPr>
          <w:lang w:val="cs-CZ"/>
        </w:rPr>
        <w:t xml:space="preserve"> </w:t>
      </w:r>
      <w:r w:rsidRPr="00F9451E">
        <w:rPr>
          <w:lang w:val="cs-CZ"/>
        </w:rPr>
        <w:t>______________________________________</w:t>
      </w:r>
    </w:p>
    <w:p w14:paraId="59A91A3C" w14:textId="77777777" w:rsidR="00F857B5" w:rsidRPr="00F9451E" w:rsidRDefault="00000000">
      <w:pPr>
        <w:spacing w:before="160"/>
        <w:rPr>
          <w:lang w:val="cs-CZ"/>
        </w:rPr>
      </w:pPr>
      <w:r w:rsidRPr="00F9451E">
        <w:rPr>
          <w:lang w:val="cs-CZ"/>
        </w:rPr>
        <w:t>____________________________                 ____________________________</w:t>
      </w:r>
    </w:p>
    <w:p w14:paraId="47605C4B" w14:textId="77777777" w:rsidR="00F857B5" w:rsidRPr="00F9451E" w:rsidRDefault="00000000">
      <w:pPr>
        <w:rPr>
          <w:lang w:val="cs-CZ"/>
        </w:rPr>
      </w:pPr>
      <w:r w:rsidRPr="00F9451E">
        <w:rPr>
          <w:lang w:val="cs-CZ"/>
        </w:rPr>
        <w:t>Podpis pronajímatele                                         Podpis nájemce</w:t>
      </w:r>
    </w:p>
    <w:sectPr w:rsidR="00F857B5" w:rsidRPr="00F9451E" w:rsidSect="00034616">
      <w:footerReference w:type="default" r:id="rId8"/>
      <w:pgSz w:w="11906" w:h="16838"/>
      <w:pgMar w:top="964" w:right="1077" w:bottom="964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57C901" w14:textId="77777777" w:rsidR="0086224E" w:rsidRDefault="0086224E">
      <w:pPr>
        <w:spacing w:after="0" w:line="240" w:lineRule="auto"/>
      </w:pPr>
      <w:r>
        <w:separator/>
      </w:r>
    </w:p>
  </w:endnote>
  <w:endnote w:type="continuationSeparator" w:id="0">
    <w:p w14:paraId="6E144519" w14:textId="77777777" w:rsidR="0086224E" w:rsidRDefault="008622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31C6A8" w14:textId="77777777" w:rsidR="00F857B5" w:rsidRDefault="00000000">
    <w:pPr>
      <w:pStyle w:val="Zpat"/>
    </w:pPr>
    <w:r>
      <w:rPr>
        <w:sz w:val="16"/>
      </w:rPr>
      <w:t xml:space="preserve">Filip Karlovský | </w:t>
    </w:r>
    <w:proofErr w:type="spellStart"/>
    <w:r>
      <w:rPr>
        <w:sz w:val="16"/>
      </w:rPr>
      <w:t>Dohoda</w:t>
    </w:r>
    <w:proofErr w:type="spellEnd"/>
    <w:r>
      <w:rPr>
        <w:sz w:val="16"/>
      </w:rPr>
      <w:t xml:space="preserve"> o </w:t>
    </w:r>
    <w:proofErr w:type="spellStart"/>
    <w:r>
      <w:rPr>
        <w:sz w:val="16"/>
      </w:rPr>
      <w:t>ukončení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nájmu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C89BE8" w14:textId="77777777" w:rsidR="0086224E" w:rsidRDefault="0086224E">
      <w:pPr>
        <w:spacing w:after="0" w:line="240" w:lineRule="auto"/>
      </w:pPr>
      <w:r>
        <w:separator/>
      </w:r>
    </w:p>
  </w:footnote>
  <w:footnote w:type="continuationSeparator" w:id="0">
    <w:p w14:paraId="4B4FEC20" w14:textId="77777777" w:rsidR="0086224E" w:rsidRDefault="008622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1251947">
    <w:abstractNumId w:val="8"/>
  </w:num>
  <w:num w:numId="2" w16cid:durableId="164438150">
    <w:abstractNumId w:val="6"/>
  </w:num>
  <w:num w:numId="3" w16cid:durableId="2005545458">
    <w:abstractNumId w:val="5"/>
  </w:num>
  <w:num w:numId="4" w16cid:durableId="1227259388">
    <w:abstractNumId w:val="4"/>
  </w:num>
  <w:num w:numId="5" w16cid:durableId="108134475">
    <w:abstractNumId w:val="7"/>
  </w:num>
  <w:num w:numId="6" w16cid:durableId="247345094">
    <w:abstractNumId w:val="3"/>
  </w:num>
  <w:num w:numId="7" w16cid:durableId="127283992">
    <w:abstractNumId w:val="2"/>
  </w:num>
  <w:num w:numId="8" w16cid:durableId="1359164857">
    <w:abstractNumId w:val="1"/>
  </w:num>
  <w:num w:numId="9" w16cid:durableId="106129411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D6F24"/>
    <w:rsid w:val="0086224E"/>
    <w:rsid w:val="00A26C9B"/>
    <w:rsid w:val="00AA1D8D"/>
    <w:rsid w:val="00B47730"/>
    <w:rsid w:val="00CB0664"/>
    <w:rsid w:val="00F857B5"/>
    <w:rsid w:val="00F945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D5E6D9"/>
  <w14:defaultImageDpi w14:val="300"/>
  <w15:docId w15:val="{C0D0750F-0F91-D440-8D12-E853BE966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00" w:line="247" w:lineRule="auto"/>
    </w:pPr>
    <w:rPr>
      <w:rFonts w:ascii="Arial" w:hAnsi="Arial"/>
      <w:color w:val="000000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6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299</Words>
  <Characters>2905</Characters>
  <Application>Microsoft Office Word</Application>
  <DocSecurity>0</DocSecurity>
  <Lines>50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ukončení nájmu</dc:title>
  <dc:subject/>
  <dc:creator>Filip Karlovský</dc:creator>
  <cp:keywords/>
  <dc:description>generated by python-docx</dc:description>
  <cp:lastModifiedBy>Filip Karlovsky</cp:lastModifiedBy>
  <cp:revision>3</cp:revision>
  <dcterms:created xsi:type="dcterms:W3CDTF">2013-12-23T23:15:00Z</dcterms:created>
  <dcterms:modified xsi:type="dcterms:W3CDTF">2026-09-21T12:10:00Z</dcterms:modified>
  <cp:category/>
</cp:coreProperties>
</file>